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FA" w:rsidRDefault="004327FA" w:rsidP="001376F1">
      <w:pPr>
        <w:autoSpaceDE w:val="0"/>
        <w:autoSpaceDN w:val="0"/>
        <w:spacing w:after="78" w:line="220" w:lineRule="exact"/>
        <w:jc w:val="center"/>
      </w:pPr>
    </w:p>
    <w:p w:rsidR="004327FA" w:rsidRPr="00587BF8" w:rsidRDefault="00F260F1" w:rsidP="001376F1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4327FA" w:rsidRPr="00F260F1" w:rsidRDefault="00F260F1" w:rsidP="001376F1">
      <w:pPr>
        <w:autoSpaceDE w:val="0"/>
        <w:autoSpaceDN w:val="0"/>
        <w:spacing w:after="0"/>
        <w:ind w:left="2076"/>
        <w:jc w:val="center"/>
        <w:rPr>
          <w:rFonts w:ascii="Times New Roman" w:hAnsi="Times New Roman" w:cs="Times New Roman"/>
          <w:lang w:val="ru-RU"/>
        </w:rPr>
      </w:pPr>
      <w:r w:rsidRPr="00F260F1">
        <w:rPr>
          <w:rFonts w:ascii="Times New Roman" w:eastAsia="Times New Roman" w:hAnsi="Times New Roman" w:cs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8C49B1" w:rsidRPr="002D4BAB" w:rsidRDefault="008C49B1" w:rsidP="008C49B1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>Министерство образования и науки Республики Башкортостан</w:t>
      </w:r>
    </w:p>
    <w:p w:rsidR="00243887" w:rsidRDefault="008C49B1" w:rsidP="008C49B1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D4BAB">
        <w:rPr>
          <w:rFonts w:ascii="Times New Roman" w:hAnsi="Times New Roman" w:cs="Times New Roman"/>
          <w:sz w:val="24"/>
          <w:szCs w:val="24"/>
          <w:lang w:val="ru-RU"/>
        </w:rPr>
        <w:t>униципальное бюджетное общеобразовательное учреждение  средняя общеобразовательная школа</w:t>
      </w:r>
    </w:p>
    <w:p w:rsidR="008C49B1" w:rsidRDefault="008C49B1" w:rsidP="008C49B1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 с. </w:t>
      </w:r>
      <w:proofErr w:type="spellStart"/>
      <w:r w:rsidRPr="002D4BAB">
        <w:rPr>
          <w:rFonts w:ascii="Times New Roman" w:hAnsi="Times New Roman" w:cs="Times New Roman"/>
          <w:sz w:val="24"/>
          <w:szCs w:val="24"/>
          <w:lang w:val="ru-RU"/>
        </w:rPr>
        <w:t>Рсаево</w:t>
      </w:r>
      <w:proofErr w:type="spellEnd"/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proofErr w:type="spellStart"/>
      <w:r w:rsidRPr="002D4BAB">
        <w:rPr>
          <w:rFonts w:ascii="Times New Roman" w:hAnsi="Times New Roman" w:cs="Times New Roman"/>
          <w:sz w:val="24"/>
          <w:szCs w:val="24"/>
          <w:lang w:val="ru-RU"/>
        </w:rPr>
        <w:t>Илишевский</w:t>
      </w:r>
      <w:proofErr w:type="spellEnd"/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 район Республики Башкортостан</w:t>
      </w:r>
      <w:r w:rsidR="002438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4BAB">
        <w:rPr>
          <w:rFonts w:ascii="Times New Roman" w:hAnsi="Times New Roman" w:cs="Times New Roman"/>
          <w:lang w:val="ru-RU"/>
        </w:rPr>
        <w:t xml:space="preserve">филиал </w:t>
      </w:r>
    </w:p>
    <w:p w:rsidR="008C49B1" w:rsidRPr="002D4BAB" w:rsidRDefault="008C49B1" w:rsidP="008C49B1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 xml:space="preserve">МБОУ СОШ </w:t>
      </w:r>
      <w:proofErr w:type="spellStart"/>
      <w:r w:rsidRPr="002D4BAB">
        <w:rPr>
          <w:rFonts w:ascii="Times New Roman" w:hAnsi="Times New Roman" w:cs="Times New Roman"/>
          <w:lang w:val="ru-RU"/>
        </w:rPr>
        <w:t>с</w:t>
      </w:r>
      <w:proofErr w:type="gramStart"/>
      <w:r w:rsidRPr="002D4BAB">
        <w:rPr>
          <w:rFonts w:ascii="Times New Roman" w:hAnsi="Times New Roman" w:cs="Times New Roman"/>
          <w:lang w:val="ru-RU"/>
        </w:rPr>
        <w:t>.Р</w:t>
      </w:r>
      <w:proofErr w:type="gramEnd"/>
      <w:r w:rsidRPr="002D4BAB">
        <w:rPr>
          <w:rFonts w:ascii="Times New Roman" w:hAnsi="Times New Roman" w:cs="Times New Roman"/>
          <w:lang w:val="ru-RU"/>
        </w:rPr>
        <w:t>саево</w:t>
      </w:r>
      <w:proofErr w:type="spellEnd"/>
      <w:r w:rsidRPr="002D4BAB">
        <w:rPr>
          <w:rFonts w:ascii="Times New Roman" w:hAnsi="Times New Roman" w:cs="Times New Roman"/>
          <w:lang w:val="ru-RU"/>
        </w:rPr>
        <w:t xml:space="preserve">  ООШ </w:t>
      </w:r>
      <w:proofErr w:type="spellStart"/>
      <w:r w:rsidRPr="002D4BAB">
        <w:rPr>
          <w:rFonts w:ascii="Times New Roman" w:hAnsi="Times New Roman" w:cs="Times New Roman"/>
          <w:lang w:val="ru-RU"/>
        </w:rPr>
        <w:t>с.Урметово</w:t>
      </w:r>
      <w:proofErr w:type="spellEnd"/>
    </w:p>
    <w:p w:rsidR="00587BF8" w:rsidRPr="00587BF8" w:rsidRDefault="00587BF8" w:rsidP="001376F1">
      <w:pPr>
        <w:autoSpaceDE w:val="0"/>
        <w:autoSpaceDN w:val="0"/>
        <w:spacing w:after="0"/>
        <w:ind w:right="370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3980"/>
        <w:gridCol w:w="2720"/>
      </w:tblGrid>
      <w:tr w:rsidR="004327FA">
        <w:trPr>
          <w:trHeight w:hRule="exact" w:val="274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48" w:after="0" w:line="230" w:lineRule="auto"/>
              <w:ind w:left="8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48" w:after="0" w:line="230" w:lineRule="auto"/>
              <w:ind w:left="41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4327FA">
        <w:trPr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ШМО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after="0" w:line="230" w:lineRule="auto"/>
              <w:ind w:left="876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after="0" w:line="230" w:lineRule="auto"/>
              <w:ind w:left="41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</w:tbl>
    <w:p w:rsidR="004327FA" w:rsidRPr="00587BF8" w:rsidRDefault="004327FA" w:rsidP="001376F1">
      <w:pPr>
        <w:autoSpaceDE w:val="0"/>
        <w:autoSpaceDN w:val="0"/>
        <w:spacing w:after="0" w:line="60" w:lineRule="exact"/>
        <w:jc w:val="center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580"/>
        <w:gridCol w:w="3160"/>
      </w:tblGrid>
      <w:tr w:rsidR="004327FA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4327FA" w:rsidRPr="00587BF8" w:rsidRDefault="00F260F1" w:rsidP="001376F1">
            <w:pPr>
              <w:autoSpaceDE w:val="0"/>
              <w:autoSpaceDN w:val="0"/>
              <w:spacing w:before="60" w:after="0" w:line="230" w:lineRule="auto"/>
              <w:jc w:val="center"/>
              <w:rPr>
                <w:lang w:val="ru-RU"/>
              </w:rPr>
            </w:pPr>
            <w:r w:rsidRPr="00587B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______________</w:t>
            </w:r>
            <w:proofErr w:type="spellStart"/>
            <w:r w:rsidRPr="00587B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Фаршатова</w:t>
            </w:r>
            <w:proofErr w:type="spellEnd"/>
            <w:r w:rsidRPr="00587B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М.М.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60" w:after="0" w:line="230" w:lineRule="auto"/>
              <w:ind w:left="31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Шарифьянова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Р.Б.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60" w:after="0" w:line="230" w:lineRule="auto"/>
              <w:ind w:left="25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Гимазов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А.Г.</w:t>
            </w:r>
          </w:p>
        </w:tc>
      </w:tr>
      <w:tr w:rsidR="004327FA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4327FA" w:rsidRPr="00243887" w:rsidRDefault="00F260F1" w:rsidP="001376F1">
            <w:pPr>
              <w:autoSpaceDE w:val="0"/>
              <w:autoSpaceDN w:val="0"/>
              <w:spacing w:before="106" w:after="0" w:line="23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24388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4327FA" w:rsidRPr="00243887" w:rsidRDefault="00F260F1" w:rsidP="001376F1">
            <w:pPr>
              <w:autoSpaceDE w:val="0"/>
              <w:autoSpaceDN w:val="0"/>
              <w:spacing w:before="106" w:after="0" w:line="230" w:lineRule="auto"/>
              <w:ind w:left="316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24388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4327FA" w:rsidRPr="00243887" w:rsidRDefault="00F260F1" w:rsidP="001376F1">
            <w:pPr>
              <w:autoSpaceDE w:val="0"/>
              <w:autoSpaceDN w:val="0"/>
              <w:spacing w:before="106" w:after="0" w:line="230" w:lineRule="auto"/>
              <w:ind w:left="252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24388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140</w:t>
            </w:r>
          </w:p>
        </w:tc>
      </w:tr>
      <w:tr w:rsidR="004327FA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4327FA" w:rsidRDefault="00243887" w:rsidP="001376F1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</w:t>
            </w:r>
            <w:r w:rsidR="00F260F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F260F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08 </w:t>
            </w:r>
            <w:r w:rsidR="00F260F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proofErr w:type="spellStart"/>
            <w:r w:rsidR="00F260F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 w:rsidR="00AF1C0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F260F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94" w:after="0" w:line="230" w:lineRule="auto"/>
              <w:ind w:left="316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24388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08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4327FA" w:rsidRDefault="00F260F1" w:rsidP="001376F1">
            <w:pPr>
              <w:autoSpaceDE w:val="0"/>
              <w:autoSpaceDN w:val="0"/>
              <w:spacing w:before="94" w:after="0" w:line="230" w:lineRule="auto"/>
              <w:ind w:left="25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24388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12</w:t>
            </w:r>
            <w:r w:rsidR="00AF1C0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августа2022 г.</w:t>
            </w:r>
          </w:p>
        </w:tc>
      </w:tr>
    </w:tbl>
    <w:p w:rsidR="004327FA" w:rsidRDefault="00F260F1" w:rsidP="001376F1">
      <w:pPr>
        <w:autoSpaceDE w:val="0"/>
        <w:autoSpaceDN w:val="0"/>
        <w:spacing w:before="97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4327FA" w:rsidRDefault="00F260F1" w:rsidP="001376F1">
      <w:pPr>
        <w:autoSpaceDE w:val="0"/>
        <w:autoSpaceDN w:val="0"/>
        <w:spacing w:before="70" w:after="0" w:line="230" w:lineRule="auto"/>
        <w:ind w:right="441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2383959)</w:t>
      </w:r>
    </w:p>
    <w:p w:rsidR="004327FA" w:rsidRDefault="00F260F1" w:rsidP="001376F1">
      <w:pPr>
        <w:autoSpaceDE w:val="0"/>
        <w:autoSpaceDN w:val="0"/>
        <w:spacing w:before="166" w:after="0" w:line="230" w:lineRule="auto"/>
        <w:ind w:right="4018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4327FA" w:rsidRDefault="00F260F1" w:rsidP="001376F1">
      <w:pPr>
        <w:autoSpaceDE w:val="0"/>
        <w:autoSpaceDN w:val="0"/>
        <w:spacing w:before="70" w:after="0" w:line="230" w:lineRule="auto"/>
        <w:ind w:right="4464"/>
        <w:jc w:val="right"/>
      </w:pPr>
      <w:r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Музыка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»</w:t>
      </w:r>
    </w:p>
    <w:p w:rsidR="004327FA" w:rsidRDefault="00F260F1" w:rsidP="001376F1">
      <w:pPr>
        <w:autoSpaceDE w:val="0"/>
        <w:autoSpaceDN w:val="0"/>
        <w:spacing w:before="670" w:after="0" w:line="230" w:lineRule="auto"/>
        <w:ind w:right="2732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основного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образования</w:t>
      </w:r>
      <w:proofErr w:type="spellEnd"/>
    </w:p>
    <w:p w:rsidR="00AF1C03" w:rsidRPr="00AF1C03" w:rsidRDefault="00F260F1" w:rsidP="00AF1C03">
      <w:pPr>
        <w:autoSpaceDE w:val="0"/>
        <w:autoSpaceDN w:val="0"/>
        <w:spacing w:before="70" w:after="0" w:line="230" w:lineRule="auto"/>
        <w:ind w:right="3622"/>
        <w:jc w:val="right"/>
        <w:rPr>
          <w:lang w:val="ru-RU"/>
        </w:rPr>
      </w:pPr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на 2022</w:t>
      </w:r>
      <w:r w:rsidR="00587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2023  учебный год</w:t>
      </w:r>
    </w:p>
    <w:p w:rsidR="004327FA" w:rsidRPr="005C7598" w:rsidRDefault="00F260F1" w:rsidP="00AF1C03">
      <w:pPr>
        <w:autoSpaceDE w:val="0"/>
        <w:autoSpaceDN w:val="0"/>
        <w:spacing w:before="2112" w:after="0" w:line="230" w:lineRule="auto"/>
        <w:ind w:right="28"/>
        <w:jc w:val="right"/>
        <w:rPr>
          <w:lang w:val="ru-RU"/>
        </w:rPr>
      </w:pPr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Гимазова</w:t>
      </w:r>
      <w:proofErr w:type="spellEnd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 xml:space="preserve"> Альмира </w:t>
      </w:r>
      <w:proofErr w:type="spellStart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Фанисовна</w:t>
      </w:r>
      <w:proofErr w:type="spellEnd"/>
    </w:p>
    <w:p w:rsidR="004327FA" w:rsidRDefault="00587BF8" w:rsidP="00AF1C03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="00F260F1" w:rsidRPr="005C7598">
        <w:rPr>
          <w:rFonts w:ascii="Times New Roman" w:eastAsia="Times New Roman" w:hAnsi="Times New Roman"/>
          <w:color w:val="000000"/>
          <w:sz w:val="24"/>
          <w:lang w:val="ru-RU"/>
        </w:rPr>
        <w:t>читель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музыки</w:t>
      </w:r>
    </w:p>
    <w:p w:rsidR="001376F1" w:rsidRDefault="001376F1" w:rsidP="001376F1">
      <w:pPr>
        <w:autoSpaceDE w:val="0"/>
        <w:autoSpaceDN w:val="0"/>
        <w:spacing w:before="70" w:after="0" w:line="230" w:lineRule="auto"/>
        <w:ind w:right="20"/>
        <w:jc w:val="center"/>
        <w:rPr>
          <w:lang w:val="ru-RU"/>
        </w:rPr>
      </w:pPr>
    </w:p>
    <w:p w:rsidR="001376F1" w:rsidRDefault="001376F1" w:rsidP="001376F1">
      <w:pPr>
        <w:autoSpaceDE w:val="0"/>
        <w:autoSpaceDN w:val="0"/>
        <w:spacing w:before="70" w:after="0" w:line="230" w:lineRule="auto"/>
        <w:ind w:right="20"/>
        <w:jc w:val="center"/>
        <w:rPr>
          <w:lang w:val="ru-RU"/>
        </w:rPr>
      </w:pPr>
    </w:p>
    <w:p w:rsidR="001376F1" w:rsidRDefault="001376F1" w:rsidP="001376F1">
      <w:pPr>
        <w:autoSpaceDE w:val="0"/>
        <w:autoSpaceDN w:val="0"/>
        <w:spacing w:before="70" w:after="0" w:line="230" w:lineRule="auto"/>
        <w:ind w:right="20"/>
        <w:jc w:val="center"/>
        <w:rPr>
          <w:lang w:val="ru-RU"/>
        </w:rPr>
      </w:pPr>
    </w:p>
    <w:p w:rsidR="001376F1" w:rsidRDefault="001376F1" w:rsidP="001376F1">
      <w:pPr>
        <w:autoSpaceDE w:val="0"/>
        <w:autoSpaceDN w:val="0"/>
        <w:spacing w:before="70" w:after="0" w:line="230" w:lineRule="auto"/>
        <w:ind w:right="20"/>
        <w:jc w:val="center"/>
        <w:rPr>
          <w:lang w:val="ru-RU"/>
        </w:rPr>
      </w:pPr>
    </w:p>
    <w:p w:rsidR="004327FA" w:rsidRPr="005C7598" w:rsidRDefault="00F260F1" w:rsidP="00AF1C03">
      <w:pPr>
        <w:autoSpaceDE w:val="0"/>
        <w:autoSpaceDN w:val="0"/>
        <w:spacing w:before="2830" w:after="0" w:line="230" w:lineRule="auto"/>
        <w:ind w:right="416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рметово</w:t>
      </w:r>
      <w:proofErr w:type="spellEnd"/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243887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C7598">
        <w:rPr>
          <w:rFonts w:ascii="Times New Roman" w:eastAsia="Times New Roman" w:hAnsi="Times New Roman"/>
          <w:color w:val="000000"/>
          <w:sz w:val="24"/>
          <w:lang w:val="ru-RU"/>
        </w:rPr>
        <w:t>2022</w:t>
      </w:r>
    </w:p>
    <w:p w:rsidR="00587BF8" w:rsidRPr="005C7598" w:rsidRDefault="00587BF8" w:rsidP="008F2711">
      <w:pPr>
        <w:autoSpaceDE w:val="0"/>
        <w:autoSpaceDN w:val="0"/>
        <w:spacing w:before="2830" w:after="0" w:line="230" w:lineRule="auto"/>
        <w:ind w:right="4160"/>
        <w:jc w:val="both"/>
        <w:rPr>
          <w:lang w:val="ru-RU"/>
        </w:rPr>
      </w:pPr>
    </w:p>
    <w:p w:rsidR="004327FA" w:rsidRPr="005C7598" w:rsidRDefault="00F260F1" w:rsidP="001376F1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C759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4327FA" w:rsidRPr="00587BF8" w:rsidRDefault="00F260F1" w:rsidP="00C93158">
      <w:pPr>
        <w:autoSpaceDE w:val="0"/>
        <w:autoSpaceDN w:val="0"/>
        <w:spacing w:before="346" w:after="0" w:line="281" w:lineRule="auto"/>
        <w:ind w:right="567" w:firstLine="180"/>
        <w:jc w:val="both"/>
        <w:rPr>
          <w:lang w:val="ru-RU"/>
        </w:rPr>
      </w:pP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4327FA" w:rsidRPr="00587BF8" w:rsidRDefault="00F260F1" w:rsidP="00C93158">
      <w:pPr>
        <w:autoSpaceDE w:val="0"/>
        <w:autoSpaceDN w:val="0"/>
        <w:spacing w:before="262" w:after="0" w:line="230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4327FA" w:rsidRPr="00587BF8" w:rsidRDefault="00F260F1" w:rsidP="00C93158">
      <w:pPr>
        <w:autoSpaceDE w:val="0"/>
        <w:autoSpaceDN w:val="0"/>
        <w:spacing w:before="168" w:after="0" w:line="286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вовлечённости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Эта особенность открывает уникальный потенциал для развития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внутреннегомирачеловека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, гармонизации его взаимоотношений с самим собой, другими людьми, окружающим миром через занятия музыкальным искусством.</w:t>
      </w:r>
    </w:p>
    <w:p w:rsidR="004327FA" w:rsidRPr="00587BF8" w:rsidRDefault="00F260F1" w:rsidP="00C93158">
      <w:pPr>
        <w:autoSpaceDE w:val="0"/>
        <w:autoSpaceDN w:val="0"/>
        <w:spacing w:before="70" w:after="0" w:line="28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327FA" w:rsidRPr="00587BF8" w:rsidRDefault="00F260F1" w:rsidP="00C93158">
      <w:pPr>
        <w:autoSpaceDE w:val="0"/>
        <w:autoSpaceDN w:val="0"/>
        <w:spacing w:before="70" w:after="0" w:line="286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мировоззрения предков, передаваемую музыкой не только через сознание, но и на более глубоком 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—п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одсознательном — уровне.</w:t>
      </w:r>
    </w:p>
    <w:p w:rsidR="004327FA" w:rsidRPr="00587BF8" w:rsidRDefault="00F260F1" w:rsidP="00C93158">
      <w:pPr>
        <w:autoSpaceDE w:val="0"/>
        <w:autoSpaceDN w:val="0"/>
        <w:spacing w:before="72" w:after="0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временнóе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обогощать</w:t>
      </w:r>
      <w:proofErr w:type="spellEnd"/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4327FA" w:rsidRPr="00587BF8" w:rsidRDefault="00F260F1" w:rsidP="00C93158">
      <w:pPr>
        <w:autoSpaceDE w:val="0"/>
        <w:autoSpaceDN w:val="0"/>
        <w:spacing w:before="70" w:after="0" w:line="28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интеллекта, способствует самореализации и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самопринятию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Таким 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образом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4327FA" w:rsidRPr="00587BF8" w:rsidRDefault="00F260F1" w:rsidP="00C93158">
      <w:pPr>
        <w:autoSpaceDE w:val="0"/>
        <w:autoSpaceDN w:val="0"/>
        <w:spacing w:before="190" w:after="0" w:line="230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4327FA" w:rsidRPr="00587BF8" w:rsidRDefault="00F260F1" w:rsidP="00C93158">
      <w:pPr>
        <w:autoSpaceDE w:val="0"/>
        <w:autoSpaceDN w:val="0"/>
        <w:spacing w:before="178" w:after="0" w:line="271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музыки современные подходы к формированию личностных,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4327FA" w:rsidRPr="00587BF8" w:rsidRDefault="00F260F1" w:rsidP="00C93158">
      <w:pPr>
        <w:autoSpaceDE w:val="0"/>
        <w:autoSpaceDN w:val="0"/>
        <w:spacing w:before="190" w:after="0" w:line="262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</w:t>
      </w:r>
      <w:proofErr w:type="spellStart"/>
      <w:r w:rsidR="001376F1" w:rsidRPr="00587BF8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риказомМинистерства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образования и науки РФ от 17 декабря 2010 г. № 1897, с изменениями и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одобрена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решением Федерального учебно-методического объединения по общему образованию, протокол от 2 июня 2020 г. №2/20);</w:t>
      </w:r>
    </w:p>
    <w:p w:rsidR="004327FA" w:rsidRPr="00587BF8" w:rsidRDefault="00F260F1" w:rsidP="00C93158">
      <w:pPr>
        <w:autoSpaceDE w:val="0"/>
        <w:autoSpaceDN w:val="0"/>
        <w:spacing w:before="190" w:after="0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4327FA" w:rsidRPr="00587BF8" w:rsidRDefault="00F260F1" w:rsidP="00C93158">
      <w:pPr>
        <w:autoSpaceDE w:val="0"/>
        <w:autoSpaceDN w:val="0"/>
        <w:spacing w:before="324" w:after="0" w:line="230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4327FA" w:rsidRPr="00587BF8" w:rsidRDefault="00F260F1" w:rsidP="00C93158">
      <w:pPr>
        <w:autoSpaceDE w:val="0"/>
        <w:autoSpaceDN w:val="0"/>
        <w:spacing w:before="166" w:after="0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587BF8">
        <w:rPr>
          <w:lang w:val="ru-RU"/>
        </w:rPr>
        <w:br/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327FA" w:rsidRPr="00587BF8" w:rsidRDefault="00F260F1" w:rsidP="00C93158">
      <w:pPr>
        <w:autoSpaceDE w:val="0"/>
        <w:autoSpaceDN w:val="0"/>
        <w:spacing w:before="70" w:after="0" w:line="28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 w:line="286" w:lineRule="auto"/>
        <w:ind w:right="567"/>
        <w:jc w:val="both"/>
        <w:rPr>
          <w:lang w:val="ru-RU"/>
        </w:rPr>
      </w:pP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автокоммуникации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2" w:after="0" w:line="271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4327FA" w:rsidRPr="00587BF8" w:rsidRDefault="00F260F1" w:rsidP="00C93158">
      <w:pPr>
        <w:autoSpaceDE w:val="0"/>
        <w:autoSpaceDN w:val="0"/>
        <w:spacing w:before="70" w:after="0" w:line="27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4327FA" w:rsidRPr="00587BF8" w:rsidRDefault="00F260F1" w:rsidP="00C93158">
      <w:pPr>
        <w:autoSpaceDE w:val="0"/>
        <w:autoSpaceDN w:val="0"/>
        <w:spacing w:before="70" w:after="0" w:line="27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4327FA" w:rsidRPr="00587BF8" w:rsidRDefault="00F260F1" w:rsidP="00C93158">
      <w:pPr>
        <w:autoSpaceDE w:val="0"/>
        <w:autoSpaceDN w:val="0"/>
        <w:spacing w:before="70" w:after="0" w:line="27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 w:line="271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after="0" w:line="288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  <w:proofErr w:type="gramEnd"/>
    </w:p>
    <w:p w:rsidR="004327FA" w:rsidRPr="00587BF8" w:rsidRDefault="00F260F1" w:rsidP="00C93158">
      <w:pPr>
        <w:autoSpaceDE w:val="0"/>
        <w:autoSpaceDN w:val="0"/>
        <w:spacing w:before="70" w:after="0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4327FA" w:rsidRPr="00587BF8" w:rsidRDefault="00F260F1" w:rsidP="00C93158">
      <w:pPr>
        <w:autoSpaceDE w:val="0"/>
        <w:autoSpaceDN w:val="0"/>
        <w:spacing w:before="70" w:after="0" w:line="27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 w:line="288" w:lineRule="auto"/>
        <w:ind w:right="567"/>
        <w:rPr>
          <w:lang w:val="ru-RU"/>
        </w:rPr>
      </w:pP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модуль № 4 «Европейская классическая музыка»;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4327FA" w:rsidRPr="00587BF8" w:rsidRDefault="00F260F1" w:rsidP="00C93158">
      <w:pPr>
        <w:autoSpaceDE w:val="0"/>
        <w:autoSpaceDN w:val="0"/>
        <w:spacing w:before="264" w:after="0" w:line="230" w:lineRule="auto"/>
        <w:ind w:right="567"/>
        <w:jc w:val="center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4327FA" w:rsidRPr="00587BF8" w:rsidRDefault="00F260F1" w:rsidP="00C93158">
      <w:pPr>
        <w:autoSpaceDE w:val="0"/>
        <w:autoSpaceDN w:val="0"/>
        <w:spacing w:before="166" w:after="0" w:line="271" w:lineRule="auto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ючительно.</w:t>
      </w:r>
    </w:p>
    <w:p w:rsidR="004327FA" w:rsidRPr="00587BF8" w:rsidRDefault="00F260F1" w:rsidP="00C93158">
      <w:pPr>
        <w:autoSpaceDE w:val="0"/>
        <w:autoSpaceDN w:val="0"/>
        <w:spacing w:before="70" w:after="0"/>
        <w:ind w:right="567" w:firstLine="180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4327FA" w:rsidRPr="00587BF8" w:rsidRDefault="00F260F1" w:rsidP="00C93158">
      <w:pPr>
        <w:autoSpaceDE w:val="0"/>
        <w:autoSpaceDN w:val="0"/>
        <w:spacing w:before="70" w:after="0" w:line="262" w:lineRule="auto"/>
        <w:ind w:right="567"/>
        <w:jc w:val="both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5 классе</w:t>
      </w:r>
      <w:r w:rsidR="00587BF8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="00230673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составляет 17 часов.</w:t>
      </w:r>
      <w:bookmarkStart w:id="0" w:name="_GoBack"/>
      <w:bookmarkEnd w:id="0"/>
    </w:p>
    <w:p w:rsidR="004327FA" w:rsidRPr="00587BF8" w:rsidRDefault="004327FA" w:rsidP="00C93158">
      <w:pPr>
        <w:autoSpaceDE w:val="0"/>
        <w:autoSpaceDN w:val="0"/>
        <w:spacing w:after="78" w:line="220" w:lineRule="exact"/>
        <w:ind w:right="567"/>
        <w:rPr>
          <w:lang w:val="ru-RU"/>
        </w:rPr>
      </w:pPr>
    </w:p>
    <w:p w:rsidR="004327FA" w:rsidRPr="00587BF8" w:rsidRDefault="00F260F1" w:rsidP="00C93158">
      <w:pPr>
        <w:autoSpaceDE w:val="0"/>
        <w:autoSpaceDN w:val="0"/>
        <w:spacing w:after="0" w:line="230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346" w:after="0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МОЕГО КРАЯ»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 w:line="271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192" w:after="0" w:line="281" w:lineRule="auto"/>
        <w:ind w:right="567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«ЕВРОПЕЙСКАЯ КЛАССИЧЕСКАЯ МУЗЫКА»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4327FA" w:rsidRPr="00587BF8" w:rsidRDefault="00F260F1" w:rsidP="00C93158">
      <w:pPr>
        <w:autoSpaceDE w:val="0"/>
        <w:autoSpaceDN w:val="0"/>
        <w:spacing w:before="70" w:after="0" w:line="262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4327FA" w:rsidRPr="00587BF8" w:rsidRDefault="00F260F1" w:rsidP="00C93158">
      <w:pPr>
        <w:autoSpaceDE w:val="0"/>
        <w:autoSpaceDN w:val="0"/>
        <w:spacing w:before="70" w:after="0" w:line="262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190" w:after="0" w:line="281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РУССКАЯ КЛАССИЧЕСКАЯ МУЗЫКА</w:t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 w:line="271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4327FA" w:rsidRPr="00587BF8" w:rsidRDefault="00F260F1" w:rsidP="00C93158">
      <w:pPr>
        <w:autoSpaceDE w:val="0"/>
        <w:autoSpaceDN w:val="0"/>
        <w:spacing w:before="70" w:after="0" w:line="230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190" w:after="0" w:line="283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СВЯЗЬ МУЗЫКИ С ДРУГИМИ ВИДАМИ ИСКУССТВА</w:t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4327FA" w:rsidRPr="00587BF8" w:rsidRDefault="00F260F1" w:rsidP="00C93158">
      <w:pPr>
        <w:tabs>
          <w:tab w:val="left" w:pos="180"/>
        </w:tabs>
        <w:autoSpaceDE w:val="0"/>
        <w:autoSpaceDN w:val="0"/>
        <w:spacing w:before="70" w:after="0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587BF8">
        <w:rPr>
          <w:lang w:val="ru-RU"/>
        </w:rPr>
        <w:br/>
      </w:r>
      <w:r w:rsidRPr="00587BF8">
        <w:rPr>
          <w:lang w:val="ru-RU"/>
        </w:rPr>
        <w:tab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классиковВыразительные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средства музыкального и изобразительного искусства. 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Аналогии: ритм, композиция, линия — мелодия, пятно — созвучие, колорит — тембр,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светлотность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динамика и т. д.</w:t>
      </w:r>
      <w:proofErr w:type="gramEnd"/>
    </w:p>
    <w:p w:rsidR="004327FA" w:rsidRPr="00587BF8" w:rsidRDefault="00F260F1" w:rsidP="00C93158">
      <w:pPr>
        <w:autoSpaceDE w:val="0"/>
        <w:autoSpaceDN w:val="0"/>
        <w:spacing w:before="70" w:after="0" w:line="262" w:lineRule="auto"/>
        <w:ind w:right="567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Импрессионизм (на примере творчества 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французских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клавесинистов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, К. Дебюсси, А.К.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Лядова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</w:p>
    <w:p w:rsidR="005C7598" w:rsidRDefault="005C7598" w:rsidP="00C93158">
      <w:pPr>
        <w:shd w:val="clear" w:color="auto" w:fill="FFFFFF"/>
        <w:spacing w:line="240" w:lineRule="auto"/>
        <w:ind w:right="567" w:firstLine="227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C93158" w:rsidRDefault="00C93158" w:rsidP="00C93158">
      <w:pPr>
        <w:shd w:val="clear" w:color="auto" w:fill="FFFFFF"/>
        <w:spacing w:line="240" w:lineRule="auto"/>
        <w:ind w:right="567" w:firstLine="227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C93158" w:rsidRDefault="00C93158" w:rsidP="00C93158">
      <w:pPr>
        <w:shd w:val="clear" w:color="auto" w:fill="FFFFFF"/>
        <w:spacing w:line="240" w:lineRule="auto"/>
        <w:ind w:right="567" w:firstLine="227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C93158" w:rsidRDefault="00C93158" w:rsidP="00C93158">
      <w:pPr>
        <w:shd w:val="clear" w:color="auto" w:fill="FFFFFF"/>
        <w:spacing w:line="240" w:lineRule="auto"/>
        <w:ind w:right="567" w:firstLine="227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C93158" w:rsidRPr="005C7598" w:rsidRDefault="00C93158" w:rsidP="00C93158">
      <w:pPr>
        <w:shd w:val="clear" w:color="auto" w:fill="FFFFFF"/>
        <w:spacing w:line="240" w:lineRule="auto"/>
        <w:ind w:right="567" w:firstLine="227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5C7598" w:rsidRPr="00C93158" w:rsidRDefault="005C7598" w:rsidP="00C9315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right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lastRenderedPageBreak/>
        <w:t>ПЛАНИРУЕМЫЕ ОБРАЗОВАТЕЛЬНЫЕ РЕЗУЛЬТАТЫ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метапредметных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 предметных.</w:t>
      </w:r>
    </w:p>
    <w:p w:rsidR="005C7598" w:rsidRPr="00C93158" w:rsidRDefault="005C7598" w:rsidP="00C93158">
      <w:pPr>
        <w:shd w:val="clear" w:color="auto" w:fill="FFFFFF"/>
        <w:spacing w:before="240" w:after="120" w:line="240" w:lineRule="atLeast"/>
        <w:ind w:right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  <w:t>ЛИЧНОСТНЫЕ РЕЗУЛЬТАТЫ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Патриотического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стремление развивать и сохранять музыкальную культуру своей страны, своего края.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Гражданского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Духовно-нравственного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Эстетического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Ценности научного познания: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Физического воспитания, формирования культуры здоровья и эмоционального благополучия: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сформированность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Трудового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ru-RU" w:eastAsia="ru-RU"/>
        </w:rPr>
        <w:t>Экологического воспитания: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Личностные результаты, обеспечивающие адаптацию </w:t>
      </w: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обучающегося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 изменяющимся условиям социальной и природной среды: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психо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-эмоциональными ресурсами в стрессовой ситуации, воля к победе.</w:t>
      </w:r>
    </w:p>
    <w:p w:rsidR="005C7598" w:rsidRPr="00C93158" w:rsidRDefault="005C7598" w:rsidP="00C93158">
      <w:pPr>
        <w:pBdr>
          <w:right w:val="single" w:sz="4" w:space="4" w:color="auto"/>
        </w:pBdr>
        <w:shd w:val="clear" w:color="auto" w:fill="FFFFFF"/>
        <w:spacing w:before="240" w:after="120" w:line="240" w:lineRule="atLeast"/>
        <w:ind w:right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  <w:lastRenderedPageBreak/>
        <w:t>МЕТАПРЕДМЕТНЫЕ РЕЗУЛЬТАТЫ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1. Овладение универсальными познавательными действиями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Базовые логические действия: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выявлять и характеризовать существенные признаки конкретного музыкального звучания;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Базовые исследовательские действия: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следовать внутренним слухом за развитием музыкального процесса, «наблюдать» звучание музыки;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использовать вопросы как исследовательский инструмент познания;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Работа с информацией: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понимать специфику работы с аудиоинформацией, музыкальными записями;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использовать интонирование для запоминания звуковой информации, музыкальных произведений;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о-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видеоформатах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текстах, таблицах, схемах;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сформированность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2. Овладение универсальными коммуникативными действиями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Невербальная коммуникация: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Вербальное общение: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публично представлять результаты учебной и творческой деятельности.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Совместная деятельность (сотрудничество):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нескольких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людей, проявлять готовность руководить, выполнять поручения, подчиняться;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3. Овладение универсальными регулятивными действиями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Самоорганизация</w:t>
      </w: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планировать достижение целей через решение ряда последовательных задач частного характера;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самостоятельно составлять план действий, вносить необходимые коррективы в ходе его реализации;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выявлять наиболее важные проблемы для решения в учебных и жизненных ситуациях;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делать выбор и брать за него ответственность на себя.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Самоконтроль (рефлексия):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владеть способами самоконтроля,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самомотивации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 рефлексии;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давать адекватную оценку учебной ситуации и предлагать план её изменения;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объяснять причины достижения (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недостижения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Эмоциональный интеллект: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развивать способность управлять собственными эмоциями и эмоциями </w:t>
      </w: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других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как в повседневной жизни, так и в ситуациях музыкально-опосредованного общения;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Принятие себя и других: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принимать себя и других, не осуждая;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проявлять открытость;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осознавать невозможность контролировать всё вокруг.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5C7598" w:rsidRPr="00C93158" w:rsidRDefault="005C7598" w:rsidP="00C93158">
      <w:pPr>
        <w:shd w:val="clear" w:color="auto" w:fill="FFFFFF"/>
        <w:spacing w:before="240" w:after="120" w:line="240" w:lineRule="atLeast"/>
        <w:ind w:right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aps/>
          <w:color w:val="000000"/>
          <w:lang w:val="ru-RU" w:eastAsia="ru-RU"/>
        </w:rPr>
        <w:t>ПРЕДМЕТНЫЕ РЕЗУЛЬТАТЫ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Предметные результаты характеризуют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сформированность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кст св</w:t>
      </w:r>
      <w:proofErr w:type="gram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оей жизни.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Обучающиеся, освоившие основную образовательную программу по предмету «Музыка»: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сформированность</w:t>
      </w:r>
      <w:proofErr w:type="spellEnd"/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умений.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Модуль «Музыка моего края»: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знать музыкальные традиции своей республики, края, народа;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Модуль «Европейская классическая музыка»: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исполнять (в том числе фрагментарно) сочинения композиторов-классиков;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Модуль «Русская классическая музыка»: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исполнять (в том числе фрагментарно, отдельными темами) сочинения русских композиторов;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Модуль «Связь музыки с другими видами искусства»: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определять стилевые и жанровые параллели между музыкой и другими видами искусств;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различать и анализировать средства выразительности разных видов искусств;</w:t>
      </w:r>
    </w:p>
    <w:p w:rsidR="005C7598" w:rsidRPr="00C93158" w:rsidRDefault="005C7598" w:rsidP="00C93158">
      <w:pPr>
        <w:shd w:val="clear" w:color="auto" w:fill="FFFFFF"/>
        <w:spacing w:after="0"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5C7598" w:rsidRPr="00C93158" w:rsidRDefault="005C7598" w:rsidP="00C93158">
      <w:pPr>
        <w:shd w:val="clear" w:color="auto" w:fill="FFFFFF"/>
        <w:spacing w:line="240" w:lineRule="auto"/>
        <w:ind w:right="567" w:firstLine="227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9315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5C7598" w:rsidRPr="00587BF8" w:rsidRDefault="005C7598">
      <w:pPr>
        <w:rPr>
          <w:lang w:val="ru-RU"/>
        </w:rPr>
        <w:sectPr w:rsidR="005C7598" w:rsidRPr="00587BF8" w:rsidSect="008F2711">
          <w:pgSz w:w="11900" w:h="16840"/>
          <w:pgMar w:top="666" w:right="650" w:bottom="666" w:left="666" w:header="720" w:footer="720" w:gutter="0"/>
          <w:cols w:space="720" w:equalWidth="0">
            <w:col w:w="11358" w:space="0"/>
          </w:cols>
          <w:docGrid w:linePitch="360"/>
        </w:sectPr>
      </w:pPr>
    </w:p>
    <w:p w:rsidR="004327FA" w:rsidRPr="00587BF8" w:rsidRDefault="004327FA" w:rsidP="00AF1C03">
      <w:pPr>
        <w:tabs>
          <w:tab w:val="left" w:pos="2925"/>
        </w:tabs>
        <w:autoSpaceDE w:val="0"/>
        <w:autoSpaceDN w:val="0"/>
        <w:spacing w:after="64" w:line="220" w:lineRule="exact"/>
        <w:jc w:val="center"/>
        <w:rPr>
          <w:lang w:val="ru-RU"/>
        </w:rPr>
      </w:pPr>
    </w:p>
    <w:p w:rsidR="00587BF8" w:rsidRPr="00580772" w:rsidRDefault="00F260F1" w:rsidP="00AF1C03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1548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"/>
        <w:gridCol w:w="365"/>
        <w:gridCol w:w="61"/>
        <w:gridCol w:w="1134"/>
        <w:gridCol w:w="89"/>
        <w:gridCol w:w="195"/>
        <w:gridCol w:w="283"/>
        <w:gridCol w:w="50"/>
        <w:gridCol w:w="1076"/>
        <w:gridCol w:w="27"/>
        <w:gridCol w:w="1105"/>
        <w:gridCol w:w="35"/>
        <w:gridCol w:w="2470"/>
        <w:gridCol w:w="43"/>
        <w:gridCol w:w="1290"/>
        <w:gridCol w:w="118"/>
        <w:gridCol w:w="6"/>
        <w:gridCol w:w="1254"/>
        <w:gridCol w:w="20"/>
        <w:gridCol w:w="843"/>
        <w:gridCol w:w="7"/>
        <w:gridCol w:w="1579"/>
        <w:gridCol w:w="123"/>
        <w:gridCol w:w="1132"/>
        <w:gridCol w:w="2122"/>
        <w:gridCol w:w="34"/>
      </w:tblGrid>
      <w:tr w:rsidR="00587BF8" w:rsidRPr="00AF1C03" w:rsidTr="00F0299B">
        <w:trPr>
          <w:trHeight w:val="315"/>
        </w:trPr>
        <w:tc>
          <w:tcPr>
            <w:tcW w:w="393" w:type="dxa"/>
            <w:gridSpan w:val="2"/>
            <w:vMerge w:val="restart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№</w:t>
            </w:r>
            <w:proofErr w:type="gramStart"/>
            <w:r w:rsidRPr="00AF1C03"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 w:rsidRPr="00AF1C03"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284" w:type="dxa"/>
            <w:gridSpan w:val="3"/>
            <w:vMerge w:val="restart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right="146"/>
              <w:jc w:val="both"/>
              <w:rPr>
                <w:b/>
                <w:sz w:val="15"/>
              </w:rPr>
            </w:pPr>
            <w:proofErr w:type="spellStart"/>
            <w:r w:rsidRPr="00AF1C03">
              <w:rPr>
                <w:b/>
                <w:spacing w:val="-1"/>
                <w:w w:val="105"/>
                <w:sz w:val="15"/>
              </w:rPr>
              <w:t>Наименование</w:t>
            </w:r>
            <w:r w:rsidRPr="00AF1C03">
              <w:rPr>
                <w:b/>
                <w:w w:val="105"/>
                <w:sz w:val="15"/>
              </w:rPr>
              <w:t>разделов</w:t>
            </w:r>
            <w:proofErr w:type="spellEnd"/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и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тем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1" w:type="dxa"/>
            <w:gridSpan w:val="7"/>
          </w:tcPr>
          <w:p w:rsidR="00587BF8" w:rsidRPr="00AF1C03" w:rsidRDefault="00587BF8" w:rsidP="00B43EE5">
            <w:pPr>
              <w:pStyle w:val="TableParagraph"/>
              <w:spacing w:before="74"/>
              <w:rPr>
                <w:b/>
                <w:sz w:val="15"/>
              </w:rPr>
            </w:pPr>
            <w:r w:rsidRPr="00AF1C03">
              <w:rPr>
                <w:b/>
                <w:spacing w:val="-1"/>
                <w:w w:val="105"/>
                <w:sz w:val="15"/>
              </w:rPr>
              <w:t>Количество</w:t>
            </w:r>
            <w:r w:rsidR="00F0299B">
              <w:rPr>
                <w:b/>
                <w:spacing w:val="-1"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5181" w:type="dxa"/>
            <w:gridSpan w:val="6"/>
          </w:tcPr>
          <w:p w:rsidR="00587BF8" w:rsidRPr="00AF1C03" w:rsidRDefault="00587BF8" w:rsidP="00B43EE5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3" w:type="dxa"/>
            <w:gridSpan w:val="2"/>
            <w:vMerge w:val="restart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left="74" w:right="105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Дата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709" w:type="dxa"/>
            <w:gridSpan w:val="3"/>
            <w:vMerge w:val="restart"/>
          </w:tcPr>
          <w:p w:rsidR="00587BF8" w:rsidRPr="00AF1C03" w:rsidRDefault="00587BF8" w:rsidP="00B43EE5">
            <w:pPr>
              <w:pStyle w:val="TableParagraph"/>
              <w:spacing w:before="74"/>
              <w:ind w:left="73"/>
              <w:rPr>
                <w:b/>
                <w:sz w:val="15"/>
              </w:rPr>
            </w:pPr>
            <w:r w:rsidRPr="00AF1C03">
              <w:rPr>
                <w:b/>
                <w:spacing w:val="-1"/>
                <w:w w:val="105"/>
                <w:sz w:val="15"/>
              </w:rPr>
              <w:t>Виды</w:t>
            </w:r>
            <w:r w:rsidR="00F0299B">
              <w:rPr>
                <w:b/>
                <w:spacing w:val="-1"/>
                <w:w w:val="105"/>
                <w:sz w:val="15"/>
              </w:rPr>
              <w:t xml:space="preserve"> </w:t>
            </w:r>
            <w:r w:rsidRPr="00AF1C03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32" w:type="dxa"/>
            <w:vMerge w:val="restart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left="72" w:right="340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Виды,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формы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156" w:type="dxa"/>
            <w:gridSpan w:val="2"/>
            <w:vMerge w:val="restart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left="72" w:right="152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Электронные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(цифровые</w:t>
            </w:r>
            <w:proofErr w:type="gramStart"/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)</w:t>
            </w:r>
            <w:proofErr w:type="gramEnd"/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spacing w:val="-1"/>
                <w:w w:val="105"/>
                <w:sz w:val="15"/>
              </w:rPr>
              <w:t>образовательные</w:t>
            </w:r>
            <w:r w:rsidR="00F0299B">
              <w:rPr>
                <w:b/>
                <w:spacing w:val="-1"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ресурсы</w:t>
            </w:r>
          </w:p>
        </w:tc>
      </w:tr>
      <w:tr w:rsidR="00587BF8" w:rsidRPr="00AF1C03" w:rsidTr="00F0299B">
        <w:trPr>
          <w:trHeight w:val="530"/>
        </w:trPr>
        <w:tc>
          <w:tcPr>
            <w:tcW w:w="393" w:type="dxa"/>
            <w:gridSpan w:val="2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84" w:type="dxa"/>
            <w:gridSpan w:val="3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8" w:type="dxa"/>
            <w:gridSpan w:val="3"/>
          </w:tcPr>
          <w:p w:rsidR="00587BF8" w:rsidRPr="00AF1C03" w:rsidRDefault="00587BF8" w:rsidP="00B43EE5">
            <w:pPr>
              <w:pStyle w:val="TableParagraph"/>
              <w:spacing w:before="74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3" w:type="dxa"/>
            <w:gridSpan w:val="2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proofErr w:type="spellStart"/>
            <w:r w:rsidRPr="00AF1C03">
              <w:rPr>
                <w:b/>
                <w:spacing w:val="-1"/>
                <w:w w:val="105"/>
                <w:sz w:val="15"/>
              </w:rPr>
              <w:t>контрольные</w:t>
            </w:r>
            <w:r w:rsidRPr="00AF1C03"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  <w:gridSpan w:val="2"/>
          </w:tcPr>
          <w:p w:rsidR="00587BF8" w:rsidRPr="00AF1C03" w:rsidRDefault="00587BF8" w:rsidP="00B43EE5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proofErr w:type="spellStart"/>
            <w:r w:rsidRPr="00AF1C03">
              <w:rPr>
                <w:b/>
                <w:spacing w:val="-1"/>
                <w:w w:val="105"/>
                <w:sz w:val="15"/>
              </w:rPr>
              <w:t>практические</w:t>
            </w:r>
            <w:r w:rsidRPr="00AF1C03"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470" w:type="dxa"/>
          </w:tcPr>
          <w:p w:rsidR="00587BF8" w:rsidRPr="00AF1C03" w:rsidRDefault="00F0299B" w:rsidP="00B43EE5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Д</w:t>
            </w:r>
            <w:r w:rsidR="00587BF8" w:rsidRPr="00AF1C03">
              <w:rPr>
                <w:b/>
                <w:w w:val="105"/>
                <w:sz w:val="15"/>
              </w:rPr>
              <w:t>ля</w:t>
            </w:r>
            <w:r>
              <w:rPr>
                <w:b/>
                <w:w w:val="105"/>
                <w:sz w:val="15"/>
              </w:rPr>
              <w:t xml:space="preserve"> </w:t>
            </w:r>
            <w:r w:rsidR="00587BF8" w:rsidRPr="00AF1C03"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451" w:type="dxa"/>
            <w:gridSpan w:val="3"/>
          </w:tcPr>
          <w:p w:rsidR="00587BF8" w:rsidRPr="00AF1C03" w:rsidRDefault="00F0299B" w:rsidP="00B43EE5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Д</w:t>
            </w:r>
            <w:r w:rsidR="00587BF8" w:rsidRPr="00AF1C03">
              <w:rPr>
                <w:b/>
                <w:w w:val="105"/>
                <w:sz w:val="15"/>
              </w:rPr>
              <w:t>ля</w:t>
            </w:r>
            <w:r>
              <w:rPr>
                <w:b/>
                <w:w w:val="105"/>
                <w:sz w:val="15"/>
              </w:rPr>
              <w:t xml:space="preserve"> </w:t>
            </w:r>
            <w:r w:rsidR="00587BF8" w:rsidRPr="00AF1C03"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260" w:type="dxa"/>
            <w:gridSpan w:val="2"/>
          </w:tcPr>
          <w:p w:rsidR="00587BF8" w:rsidRPr="00AF1C03" w:rsidRDefault="00F0299B" w:rsidP="00B43EE5">
            <w:pPr>
              <w:pStyle w:val="TableParagraph"/>
              <w:spacing w:before="74" w:line="266" w:lineRule="auto"/>
              <w:ind w:left="74" w:right="46"/>
              <w:rPr>
                <w:b/>
                <w:sz w:val="15"/>
              </w:rPr>
            </w:pPr>
            <w:r w:rsidRPr="00AF1C03">
              <w:rPr>
                <w:b/>
                <w:w w:val="105"/>
                <w:sz w:val="15"/>
              </w:rPr>
              <w:t>Д</w:t>
            </w:r>
            <w:r w:rsidR="00587BF8" w:rsidRPr="00AF1C03">
              <w:rPr>
                <w:b/>
                <w:w w:val="105"/>
                <w:sz w:val="15"/>
              </w:rPr>
              <w:t>ля</w:t>
            </w:r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 w:rsidR="00587BF8" w:rsidRPr="00AF1C03"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gridSpan w:val="3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6" w:type="dxa"/>
            <w:gridSpan w:val="2"/>
            <w:vMerge/>
            <w:tcBorders>
              <w:top w:val="nil"/>
            </w:tcBorders>
          </w:tcPr>
          <w:p w:rsidR="00587BF8" w:rsidRPr="00AF1C03" w:rsidRDefault="00587BF8" w:rsidP="00B43E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87BF8" w:rsidRPr="00AF1C03" w:rsidTr="00580772">
        <w:trPr>
          <w:trHeight w:val="315"/>
        </w:trPr>
        <w:tc>
          <w:tcPr>
            <w:tcW w:w="15489" w:type="dxa"/>
            <w:gridSpan w:val="26"/>
          </w:tcPr>
          <w:p w:rsidR="00587BF8" w:rsidRPr="00F0299B" w:rsidRDefault="00587BF8" w:rsidP="00B43EE5">
            <w:pPr>
              <w:pStyle w:val="TableParagraph"/>
              <w:spacing w:before="74"/>
              <w:rPr>
                <w:b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Модуль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1</w:t>
            </w:r>
            <w:proofErr w:type="gramEnd"/>
            <w:r w:rsidRPr="00F0299B">
              <w:rPr>
                <w:w w:val="105"/>
                <w:sz w:val="18"/>
                <w:szCs w:val="18"/>
              </w:rPr>
              <w:t>.</w:t>
            </w:r>
            <w:r w:rsidRPr="00F0299B">
              <w:rPr>
                <w:b/>
                <w:w w:val="105"/>
                <w:sz w:val="18"/>
                <w:szCs w:val="18"/>
              </w:rPr>
              <w:t>Музыка</w:t>
            </w:r>
            <w:r w:rsidR="00F0299B">
              <w:rPr>
                <w:b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b/>
                <w:w w:val="105"/>
                <w:sz w:val="18"/>
                <w:szCs w:val="18"/>
              </w:rPr>
              <w:t>моего</w:t>
            </w:r>
            <w:r w:rsidR="00F0299B">
              <w:rPr>
                <w:b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b/>
                <w:w w:val="105"/>
                <w:sz w:val="18"/>
                <w:szCs w:val="18"/>
              </w:rPr>
              <w:t>края</w:t>
            </w:r>
          </w:p>
        </w:tc>
      </w:tr>
      <w:tr w:rsidR="00587BF8" w:rsidRPr="00AF1C03" w:rsidTr="00F0299B">
        <w:trPr>
          <w:trHeight w:val="3223"/>
        </w:trPr>
        <w:tc>
          <w:tcPr>
            <w:tcW w:w="393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55" w:right="49"/>
              <w:jc w:val="center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1.1.</w:t>
            </w:r>
          </w:p>
        </w:tc>
        <w:tc>
          <w:tcPr>
            <w:tcW w:w="1284" w:type="dxa"/>
            <w:gridSpan w:val="3"/>
          </w:tcPr>
          <w:p w:rsidR="00160DC5" w:rsidRPr="00F0299B" w:rsidRDefault="00F0299B" w:rsidP="00B43EE5">
            <w:pPr>
              <w:pStyle w:val="TableParagraph"/>
              <w:spacing w:before="74" w:line="266" w:lineRule="auto"/>
              <w:ind w:right="329"/>
              <w:rPr>
                <w:w w:val="105"/>
                <w:sz w:val="18"/>
                <w:szCs w:val="18"/>
              </w:rPr>
            </w:pPr>
            <w:proofErr w:type="gramStart"/>
            <w:r>
              <w:rPr>
                <w:spacing w:val="-2"/>
                <w:w w:val="105"/>
                <w:sz w:val="18"/>
                <w:szCs w:val="18"/>
              </w:rPr>
              <w:t>Фольклор-</w:t>
            </w:r>
            <w:r w:rsidR="00587BF8" w:rsidRPr="00F0299B">
              <w:rPr>
                <w:w w:val="105"/>
                <w:sz w:val="18"/>
                <w:szCs w:val="18"/>
              </w:rPr>
              <w:t>народное</w:t>
            </w:r>
            <w:proofErr w:type="gramEnd"/>
          </w:p>
          <w:p w:rsidR="00587BF8" w:rsidRPr="00F0299B" w:rsidRDefault="00587BF8" w:rsidP="00F0299B">
            <w:pPr>
              <w:pStyle w:val="TableParagraph"/>
              <w:spacing w:before="74" w:line="266" w:lineRule="auto"/>
              <w:ind w:left="0" w:right="329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творчество</w:t>
            </w:r>
          </w:p>
        </w:tc>
        <w:tc>
          <w:tcPr>
            <w:tcW w:w="528" w:type="dxa"/>
            <w:gridSpan w:val="3"/>
          </w:tcPr>
          <w:p w:rsidR="00587BF8" w:rsidRPr="00F0299B" w:rsidRDefault="00587BF8" w:rsidP="00B43EE5">
            <w:pPr>
              <w:pStyle w:val="TableParagraph"/>
              <w:spacing w:before="74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3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0" w:type="dxa"/>
          </w:tcPr>
          <w:p w:rsidR="00F0299B" w:rsidRDefault="00587BF8" w:rsidP="00B43EE5">
            <w:pPr>
              <w:pStyle w:val="TableParagraph"/>
              <w:spacing w:before="74" w:line="266" w:lineRule="auto"/>
              <w:ind w:left="75" w:right="73"/>
              <w:rPr>
                <w:w w:val="105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 xml:space="preserve">Башкирские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народные</w:t>
            </w:r>
            <w:r w:rsidRPr="00F0299B">
              <w:rPr>
                <w:spacing w:val="-1"/>
                <w:w w:val="105"/>
                <w:sz w:val="18"/>
                <w:szCs w:val="18"/>
              </w:rPr>
              <w:t>игры</w:t>
            </w:r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,п</w:t>
            </w:r>
            <w:proofErr w:type="gramEnd"/>
            <w:r w:rsidRPr="00F0299B">
              <w:rPr>
                <w:spacing w:val="-1"/>
                <w:w w:val="105"/>
                <w:sz w:val="18"/>
                <w:szCs w:val="18"/>
              </w:rPr>
              <w:t>есни,пляски,хороводы</w:t>
            </w:r>
            <w:proofErr w:type="spellEnd"/>
            <w:r w:rsidRPr="00F0299B">
              <w:rPr>
                <w:spacing w:val="-1"/>
                <w:w w:val="105"/>
                <w:sz w:val="18"/>
                <w:szCs w:val="18"/>
              </w:rPr>
              <w:t xml:space="preserve">. </w:t>
            </w:r>
            <w:r w:rsidRPr="00F0299B">
              <w:rPr>
                <w:w w:val="105"/>
                <w:sz w:val="18"/>
                <w:szCs w:val="18"/>
              </w:rPr>
              <w:t xml:space="preserve">1.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Б.н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 танец "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Гульназира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" (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в</w:t>
            </w:r>
            <w:r w:rsidRPr="00F0299B">
              <w:rPr>
                <w:spacing w:val="-1"/>
                <w:w w:val="105"/>
                <w:sz w:val="18"/>
                <w:szCs w:val="18"/>
              </w:rPr>
              <w:t>исполнении</w:t>
            </w:r>
            <w:proofErr w:type="spellEnd"/>
            <w:r w:rsidRPr="00F0299B">
              <w:rPr>
                <w:spacing w:val="-1"/>
                <w:w w:val="105"/>
                <w:sz w:val="18"/>
                <w:szCs w:val="18"/>
              </w:rPr>
              <w:t xml:space="preserve"> Государственный</w:t>
            </w:r>
            <w:r w:rsidRPr="00F0299B">
              <w:rPr>
                <w:w w:val="105"/>
                <w:sz w:val="18"/>
                <w:szCs w:val="18"/>
              </w:rPr>
              <w:t xml:space="preserve"> народный ансамбль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народноготанца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 xml:space="preserve"> им. Ф.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Гаскарова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)</w:t>
            </w:r>
          </w:p>
          <w:p w:rsidR="00F0299B" w:rsidRDefault="00587BF8" w:rsidP="00B43EE5">
            <w:pPr>
              <w:pStyle w:val="TableParagraph"/>
              <w:spacing w:before="74" w:line="266" w:lineRule="auto"/>
              <w:ind w:left="75" w:right="73"/>
              <w:rPr>
                <w:spacing w:val="-1"/>
                <w:w w:val="105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2.Башкирская народная песн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я(</w:t>
            </w:r>
            <w:proofErr w:type="spellStart"/>
            <w:proofErr w:type="gramEnd"/>
            <w:r w:rsidRPr="00F0299B">
              <w:rPr>
                <w:w w:val="105"/>
                <w:sz w:val="18"/>
                <w:szCs w:val="18"/>
              </w:rPr>
              <w:t>узун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-кой)"Урал", "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Соловей",</w:t>
            </w:r>
            <w:r w:rsidRPr="00F0299B">
              <w:rPr>
                <w:spacing w:val="-1"/>
                <w:w w:val="105"/>
                <w:sz w:val="18"/>
                <w:szCs w:val="18"/>
              </w:rPr>
              <w:t>"Сибай</w:t>
            </w:r>
            <w:proofErr w:type="spellEnd"/>
            <w:r w:rsidRPr="00F0299B">
              <w:rPr>
                <w:spacing w:val="-1"/>
                <w:w w:val="105"/>
                <w:sz w:val="18"/>
                <w:szCs w:val="18"/>
              </w:rPr>
              <w:t xml:space="preserve">" </w:t>
            </w:r>
          </w:p>
          <w:p w:rsidR="00587BF8" w:rsidRPr="00F0299B" w:rsidRDefault="00587BF8" w:rsidP="00B43EE5">
            <w:pPr>
              <w:pStyle w:val="TableParagraph"/>
              <w:spacing w:before="74" w:line="266" w:lineRule="auto"/>
              <w:ind w:left="75" w:right="73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 xml:space="preserve">3.Кыска-кой: </w:t>
            </w:r>
            <w:r w:rsidRPr="00F0299B">
              <w:rPr>
                <w:w w:val="105"/>
                <w:sz w:val="18"/>
                <w:szCs w:val="18"/>
              </w:rPr>
              <w:t>"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Любизар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"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,"</w:t>
            </w:r>
            <w:proofErr w:type="spellStart"/>
            <w:proofErr w:type="gramEnd"/>
            <w:r w:rsidRPr="00F0299B">
              <w:rPr>
                <w:w w:val="105"/>
                <w:sz w:val="18"/>
                <w:szCs w:val="18"/>
              </w:rPr>
              <w:t>Баик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","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Хатира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"</w:t>
            </w:r>
          </w:p>
          <w:p w:rsidR="00587BF8" w:rsidRPr="00F0299B" w:rsidRDefault="00587BF8" w:rsidP="00F0299B">
            <w:pPr>
              <w:pStyle w:val="TableParagraph"/>
              <w:spacing w:before="7"/>
              <w:ind w:left="75"/>
              <w:rPr>
                <w:sz w:val="18"/>
                <w:szCs w:val="18"/>
              </w:rPr>
            </w:pPr>
          </w:p>
        </w:tc>
        <w:tc>
          <w:tcPr>
            <w:tcW w:w="1451" w:type="dxa"/>
            <w:gridSpan w:val="3"/>
          </w:tcPr>
          <w:p w:rsidR="00587BF8" w:rsidRPr="00F0299B" w:rsidRDefault="00587BF8" w:rsidP="00587BF8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74" w:line="266" w:lineRule="auto"/>
              <w:ind w:right="98" w:firstLine="0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Г.Струве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,с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л.Н.Соловьевой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 Моя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Россия;</w:t>
            </w:r>
          </w:p>
          <w:p w:rsidR="00587BF8" w:rsidRPr="00F0299B" w:rsidRDefault="00587BF8" w:rsidP="00587BF8">
            <w:pPr>
              <w:pStyle w:val="TableParagraph"/>
              <w:numPr>
                <w:ilvl w:val="0"/>
                <w:numId w:val="11"/>
              </w:numPr>
              <w:tabs>
                <w:tab w:val="left" w:pos="206"/>
              </w:tabs>
              <w:spacing w:before="2" w:line="266" w:lineRule="auto"/>
              <w:ind w:right="108" w:firstLine="0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А.Дауто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в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(</w:t>
            </w:r>
            <w:proofErr w:type="gramEnd"/>
            <w:r w:rsidRPr="00F0299B">
              <w:rPr>
                <w:w w:val="105"/>
                <w:sz w:val="18"/>
                <w:szCs w:val="18"/>
              </w:rPr>
              <w:t>слова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и музыка). Мой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Башкортостан;3)А.В.</w:t>
            </w:r>
          </w:p>
          <w:p w:rsidR="00F0299B" w:rsidRDefault="00587BF8" w:rsidP="00B43EE5">
            <w:pPr>
              <w:pStyle w:val="TableParagraph"/>
              <w:spacing w:before="3" w:line="266" w:lineRule="auto"/>
              <w:ind w:left="74" w:right="178"/>
              <w:rPr>
                <w:w w:val="105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 xml:space="preserve">Александров,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сл.С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 Михалкова.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Государственный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гимн России;</w:t>
            </w:r>
          </w:p>
          <w:p w:rsidR="00587BF8" w:rsidRPr="00F0299B" w:rsidRDefault="00587BF8" w:rsidP="00B43EE5">
            <w:pPr>
              <w:pStyle w:val="TableParagraph"/>
              <w:spacing w:before="3" w:line="266" w:lineRule="auto"/>
              <w:ind w:left="74" w:right="178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4)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Ф.Идрисов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,с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л.Р</w:t>
            </w:r>
            <w:proofErr w:type="spellEnd"/>
            <w:r w:rsidRPr="00F0299B">
              <w:rPr>
                <w:w w:val="105"/>
                <w:sz w:val="18"/>
                <w:szCs w:val="18"/>
              </w:rPr>
              <w:t xml:space="preserve">. Бикбаева и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Р.Шакура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</w:t>
            </w:r>
          </w:p>
          <w:p w:rsidR="00587BF8" w:rsidRPr="00F0299B" w:rsidRDefault="00587BF8" w:rsidP="00B43EE5">
            <w:pPr>
              <w:pStyle w:val="TableParagraph"/>
              <w:spacing w:before="4" w:line="266" w:lineRule="auto"/>
              <w:ind w:left="74" w:right="183"/>
              <w:jc w:val="both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Государственный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гимн Республики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F0299B">
              <w:rPr>
                <w:w w:val="105"/>
                <w:sz w:val="18"/>
                <w:szCs w:val="18"/>
              </w:rPr>
              <w:t>Башкортостан</w:t>
            </w:r>
          </w:p>
        </w:tc>
        <w:tc>
          <w:tcPr>
            <w:tcW w:w="1260" w:type="dxa"/>
            <w:gridSpan w:val="2"/>
          </w:tcPr>
          <w:p w:rsidR="00587BF8" w:rsidRPr="00F0299B" w:rsidRDefault="00587BF8" w:rsidP="00F0299B">
            <w:pPr>
              <w:pStyle w:val="TableParagraph"/>
              <w:spacing w:before="74" w:line="266" w:lineRule="auto"/>
              <w:ind w:left="74" w:right="130"/>
              <w:jc w:val="both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Башкирская</w:t>
            </w:r>
            <w:r w:rsidRPr="00F0299B">
              <w:rPr>
                <w:spacing w:val="-1"/>
                <w:w w:val="105"/>
                <w:sz w:val="18"/>
                <w:szCs w:val="18"/>
              </w:rPr>
              <w:t>народная</w:t>
            </w:r>
            <w:proofErr w:type="spellEnd"/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песня</w:t>
            </w:r>
          </w:p>
          <w:p w:rsidR="00587BF8" w:rsidRPr="00F0299B" w:rsidRDefault="00587BF8" w:rsidP="00F0299B">
            <w:pPr>
              <w:pStyle w:val="TableParagraph"/>
              <w:spacing w:before="2" w:line="266" w:lineRule="auto"/>
              <w:ind w:left="74" w:right="369"/>
              <w:jc w:val="both"/>
              <w:rPr>
                <w:spacing w:val="-1"/>
                <w:w w:val="105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«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Косилк</w:t>
            </w:r>
            <w:r w:rsidR="00F0299B">
              <w:rPr>
                <w:w w:val="105"/>
                <w:sz w:val="18"/>
                <w:szCs w:val="18"/>
              </w:rPr>
              <w:t>а</w:t>
            </w:r>
            <w:r w:rsidRPr="00F0299B">
              <w:rPr>
                <w:spacing w:val="-1"/>
                <w:w w:val="105"/>
                <w:sz w:val="18"/>
                <w:szCs w:val="18"/>
              </w:rPr>
              <w:t>молотил</w:t>
            </w:r>
            <w:proofErr w:type="spellEnd"/>
            <w:r w:rsidR="00F0299B">
              <w:rPr>
                <w:spacing w:val="-1"/>
                <w:w w:val="105"/>
                <w:sz w:val="18"/>
                <w:szCs w:val="18"/>
              </w:rPr>
              <w:t>-</w:t>
            </w:r>
            <w:r w:rsidRPr="00F0299B">
              <w:rPr>
                <w:spacing w:val="-1"/>
                <w:w w:val="105"/>
                <w:sz w:val="18"/>
                <w:szCs w:val="18"/>
              </w:rPr>
              <w:t>ка»</w:t>
            </w:r>
            <w:r w:rsidR="00E25804" w:rsidRPr="00F0299B">
              <w:rPr>
                <w:spacing w:val="-1"/>
                <w:w w:val="105"/>
                <w:sz w:val="18"/>
                <w:szCs w:val="18"/>
              </w:rPr>
              <w:t>,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="00E25804" w:rsidRPr="00F0299B">
              <w:rPr>
                <w:spacing w:val="-1"/>
                <w:w w:val="105"/>
                <w:sz w:val="18"/>
                <w:szCs w:val="18"/>
              </w:rPr>
              <w:t>р.н.п</w:t>
            </w:r>
            <w:proofErr w:type="spellEnd"/>
            <w:r w:rsidR="00E25804" w:rsidRPr="00F0299B">
              <w:rPr>
                <w:spacing w:val="-1"/>
                <w:w w:val="105"/>
                <w:sz w:val="18"/>
                <w:szCs w:val="18"/>
              </w:rPr>
              <w:t xml:space="preserve">. «Во поле береза </w:t>
            </w:r>
            <w:proofErr w:type="spellStart"/>
            <w:r w:rsidR="00E25804" w:rsidRPr="00F0299B">
              <w:rPr>
                <w:spacing w:val="-1"/>
                <w:w w:val="105"/>
                <w:sz w:val="18"/>
                <w:szCs w:val="18"/>
              </w:rPr>
              <w:t>стояля</w:t>
            </w:r>
            <w:proofErr w:type="spellEnd"/>
            <w:r w:rsidR="00E25804" w:rsidRPr="00F0299B">
              <w:rPr>
                <w:spacing w:val="-1"/>
                <w:w w:val="105"/>
                <w:sz w:val="18"/>
                <w:szCs w:val="18"/>
              </w:rPr>
              <w:t>», «Светит месяц»</w:t>
            </w:r>
          </w:p>
          <w:p w:rsidR="00E25804" w:rsidRPr="00F0299B" w:rsidRDefault="00E25804" w:rsidP="00B43EE5">
            <w:pPr>
              <w:pStyle w:val="TableParagraph"/>
              <w:spacing w:before="2" w:line="266" w:lineRule="auto"/>
              <w:ind w:left="74" w:right="369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</w:tcPr>
          <w:p w:rsidR="00587BF8" w:rsidRPr="009510BA" w:rsidRDefault="00587BF8" w:rsidP="00B43EE5">
            <w:pPr>
              <w:pStyle w:val="TableParagraph"/>
              <w:spacing w:before="7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01.09.2022</w:t>
            </w:r>
          </w:p>
          <w:p w:rsidR="00587BF8" w:rsidRPr="00F0299B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11.09.2022</w:t>
            </w:r>
          </w:p>
        </w:tc>
        <w:tc>
          <w:tcPr>
            <w:tcW w:w="1709" w:type="dxa"/>
            <w:gridSpan w:val="3"/>
          </w:tcPr>
          <w:p w:rsidR="00587BF8" w:rsidRPr="00F0299B" w:rsidRDefault="00587BF8" w:rsidP="00B43EE5">
            <w:pPr>
              <w:pStyle w:val="TableParagraph"/>
              <w:spacing w:before="74" w:line="266" w:lineRule="auto"/>
              <w:ind w:left="73" w:right="46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Знакомство со звучанием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фольклорных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образцов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в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аудио-и</w:t>
            </w:r>
            <w:proofErr w:type="gramEnd"/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видеозаписи. Определение на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слух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:;</w:t>
            </w:r>
            <w:proofErr w:type="gramEnd"/>
          </w:p>
        </w:tc>
        <w:tc>
          <w:tcPr>
            <w:tcW w:w="1132" w:type="dxa"/>
          </w:tcPr>
          <w:p w:rsidR="00587BF8" w:rsidRPr="00F0299B" w:rsidRDefault="00587BF8" w:rsidP="00B43EE5">
            <w:pPr>
              <w:pStyle w:val="TableParagraph"/>
              <w:spacing w:before="74" w:line="266" w:lineRule="auto"/>
              <w:ind w:left="72" w:right="202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Исполнение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народных</w:t>
            </w:r>
            <w:r w:rsidR="00AF1C03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песен</w:t>
            </w:r>
            <w:r w:rsidR="00AF1C03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наизусть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.;</w:t>
            </w:r>
            <w:proofErr w:type="gramEnd"/>
          </w:p>
        </w:tc>
        <w:tc>
          <w:tcPr>
            <w:tcW w:w="2156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2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https://bashmusic.net</w:t>
            </w:r>
          </w:p>
        </w:tc>
      </w:tr>
      <w:tr w:rsidR="00580772" w:rsidRPr="00230673" w:rsidTr="00F0299B">
        <w:trPr>
          <w:gridBefore w:val="1"/>
          <w:gridAfter w:val="1"/>
          <w:wBefore w:w="28" w:type="dxa"/>
          <w:wAfter w:w="34" w:type="dxa"/>
          <w:cantSplit/>
          <w:trHeight w:val="2229"/>
        </w:trPr>
        <w:tc>
          <w:tcPr>
            <w:tcW w:w="426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55" w:right="49"/>
              <w:jc w:val="center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1.2.</w:t>
            </w:r>
          </w:p>
        </w:tc>
        <w:tc>
          <w:tcPr>
            <w:tcW w:w="1134" w:type="dxa"/>
          </w:tcPr>
          <w:p w:rsidR="00587BF8" w:rsidRPr="00F0299B" w:rsidRDefault="00587BF8" w:rsidP="00F0299B">
            <w:pPr>
              <w:pStyle w:val="TableParagraph"/>
              <w:spacing w:before="74" w:line="266" w:lineRule="auto"/>
              <w:ind w:left="0" w:right="274"/>
              <w:jc w:val="both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Календарный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фольклор</w:t>
            </w:r>
          </w:p>
        </w:tc>
        <w:tc>
          <w:tcPr>
            <w:tcW w:w="567" w:type="dxa"/>
            <w:gridSpan w:val="3"/>
          </w:tcPr>
          <w:p w:rsidR="00587BF8" w:rsidRPr="00F0299B" w:rsidRDefault="00587BF8" w:rsidP="00B43EE5">
            <w:pPr>
              <w:pStyle w:val="TableParagraph"/>
              <w:spacing w:before="74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26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548" w:type="dxa"/>
            <w:gridSpan w:val="3"/>
          </w:tcPr>
          <w:p w:rsidR="00587BF8" w:rsidRPr="00F0299B" w:rsidRDefault="00587BF8" w:rsidP="00587BF8">
            <w:pPr>
              <w:pStyle w:val="TableParagraph"/>
              <w:numPr>
                <w:ilvl w:val="0"/>
                <w:numId w:val="10"/>
              </w:numPr>
              <w:tabs>
                <w:tab w:val="left" w:pos="194"/>
              </w:tabs>
              <w:spacing w:before="74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Плясовые</w:t>
            </w:r>
            <w:r w:rsidR="00F0299B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такмаки</w:t>
            </w:r>
            <w:proofErr w:type="spellEnd"/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:</w:t>
            </w:r>
            <w:r w:rsidRPr="00F0299B">
              <w:rPr>
                <w:w w:val="105"/>
                <w:sz w:val="18"/>
                <w:szCs w:val="18"/>
              </w:rPr>
              <w:t>«</w:t>
            </w:r>
            <w:proofErr w:type="spellStart"/>
            <w:proofErr w:type="gramEnd"/>
            <w:r w:rsidRPr="00F0299B">
              <w:rPr>
                <w:w w:val="105"/>
                <w:sz w:val="18"/>
                <w:szCs w:val="18"/>
              </w:rPr>
              <w:t>Карабай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»,</w:t>
            </w:r>
          </w:p>
          <w:p w:rsidR="00587BF8" w:rsidRPr="00F0299B" w:rsidRDefault="00587BF8" w:rsidP="00B43EE5">
            <w:pPr>
              <w:pStyle w:val="TableParagraph"/>
              <w:spacing w:before="20"/>
              <w:ind w:left="75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«Ай-</w:t>
            </w: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дар</w:t>
            </w:r>
            <w:r w:rsidRPr="00F0299B">
              <w:rPr>
                <w:w w:val="105"/>
                <w:sz w:val="18"/>
                <w:szCs w:val="18"/>
              </w:rPr>
              <w:t>гынайым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»</w:t>
            </w:r>
          </w:p>
          <w:p w:rsidR="00587BF8" w:rsidRPr="00F0299B" w:rsidRDefault="00587BF8" w:rsidP="00587BF8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spacing w:before="20" w:line="266" w:lineRule="auto"/>
              <w:ind w:left="75" w:right="124" w:firstLine="0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Мунажаты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: «Добро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пожаловать!»</w:t>
            </w:r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,«</w:t>
            </w:r>
            <w:proofErr w:type="spellStart"/>
            <w:proofErr w:type="gramEnd"/>
            <w:r w:rsidRPr="00F0299B">
              <w:rPr>
                <w:spacing w:val="-1"/>
                <w:w w:val="105"/>
                <w:sz w:val="18"/>
                <w:szCs w:val="18"/>
              </w:rPr>
              <w:t>Мунажат</w:t>
            </w:r>
            <w:proofErr w:type="spellEnd"/>
            <w:r w:rsidR="00F0299B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Уразы»,</w:t>
            </w:r>
          </w:p>
          <w:p w:rsidR="00587BF8" w:rsidRPr="00F0299B" w:rsidRDefault="00587BF8" w:rsidP="00B43EE5">
            <w:pPr>
              <w:pStyle w:val="TableParagraph"/>
              <w:spacing w:before="1"/>
              <w:ind w:left="75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«</w:t>
            </w: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ПраздникКурбан</w:t>
            </w:r>
            <w:proofErr w:type="spellEnd"/>
            <w:r w:rsidRPr="00F0299B">
              <w:rPr>
                <w:spacing w:val="-1"/>
                <w:w w:val="105"/>
                <w:sz w:val="18"/>
                <w:szCs w:val="18"/>
              </w:rPr>
              <w:t>-байрам»,</w:t>
            </w:r>
          </w:p>
          <w:p w:rsidR="00F0299B" w:rsidRPr="00F0299B" w:rsidRDefault="00587BF8" w:rsidP="00B43EE5">
            <w:pPr>
              <w:pStyle w:val="TableParagraph"/>
              <w:spacing w:before="19" w:line="266" w:lineRule="auto"/>
              <w:ind w:left="75" w:right="1067"/>
              <w:rPr>
                <w:w w:val="105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«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Маулит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-байрам»</w:t>
            </w:r>
          </w:p>
          <w:p w:rsidR="00587BF8" w:rsidRPr="00F0299B" w:rsidRDefault="00587BF8" w:rsidP="00F0299B">
            <w:pPr>
              <w:pStyle w:val="TableParagraph"/>
              <w:spacing w:before="19" w:line="266" w:lineRule="auto"/>
              <w:ind w:left="0" w:right="1067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3.Б.н.п</w:t>
            </w:r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.«</w:t>
            </w:r>
            <w:proofErr w:type="gramEnd"/>
            <w:r w:rsidRPr="00F0299B">
              <w:rPr>
                <w:spacing w:val="-1"/>
                <w:w w:val="105"/>
                <w:sz w:val="18"/>
                <w:szCs w:val="18"/>
              </w:rPr>
              <w:t>Нардуган"</w:t>
            </w:r>
          </w:p>
          <w:p w:rsidR="00587BF8" w:rsidRPr="00F0299B" w:rsidRDefault="00587BF8" w:rsidP="00B43EE5">
            <w:pPr>
              <w:pStyle w:val="TableParagraph"/>
              <w:spacing w:before="2"/>
              <w:ind w:left="75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4.Башкирская</w:t>
            </w:r>
            <w:r w:rsidR="00F0299B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народная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песня</w:t>
            </w:r>
          </w:p>
          <w:p w:rsidR="00587BF8" w:rsidRPr="00F0299B" w:rsidRDefault="00587BF8" w:rsidP="00B43EE5">
            <w:pPr>
              <w:pStyle w:val="TableParagraph"/>
              <w:spacing w:before="19" w:line="266" w:lineRule="auto"/>
              <w:ind w:left="75" w:right="701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«Воронья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каша».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Обр.А.Кубагушева</w:t>
            </w:r>
            <w:proofErr w:type="spellEnd"/>
          </w:p>
        </w:tc>
        <w:tc>
          <w:tcPr>
            <w:tcW w:w="1414" w:type="dxa"/>
            <w:gridSpan w:val="3"/>
          </w:tcPr>
          <w:p w:rsidR="00587BF8" w:rsidRPr="00F0299B" w:rsidRDefault="00587BF8" w:rsidP="00B43EE5">
            <w:pPr>
              <w:pStyle w:val="TableParagraph"/>
              <w:spacing w:before="74" w:line="266" w:lineRule="auto"/>
              <w:ind w:left="74" w:right="206"/>
              <w:rPr>
                <w:w w:val="105"/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1.Ю.Хайт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"О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зер</w:t>
            </w:r>
            <w:r w:rsidR="00F84FB0" w:rsidRPr="00F0299B">
              <w:rPr>
                <w:w w:val="105"/>
                <w:sz w:val="18"/>
                <w:szCs w:val="18"/>
              </w:rPr>
              <w:t xml:space="preserve">о </w:t>
            </w:r>
            <w:r w:rsidRPr="00F0299B">
              <w:rPr>
                <w:w w:val="105"/>
                <w:sz w:val="18"/>
                <w:szCs w:val="18"/>
              </w:rPr>
              <w:t>доброты"</w:t>
            </w:r>
          </w:p>
          <w:p w:rsidR="00F84FB0" w:rsidRPr="00F0299B" w:rsidRDefault="00F84FB0" w:rsidP="00B43EE5">
            <w:pPr>
              <w:pStyle w:val="TableParagraph"/>
              <w:spacing w:before="74" w:line="266" w:lineRule="auto"/>
              <w:ind w:left="74" w:right="206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/>
              <w:ind w:left="74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А.</w:t>
            </w:r>
          </w:p>
          <w:p w:rsidR="00587BF8" w:rsidRPr="00F0299B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Габдрахманов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</w:t>
            </w:r>
          </w:p>
          <w:p w:rsidR="00587BF8" w:rsidRPr="00F0299B" w:rsidRDefault="00587BF8" w:rsidP="00B43EE5">
            <w:pPr>
              <w:pStyle w:val="TableParagraph"/>
              <w:spacing w:before="20" w:line="266" w:lineRule="auto"/>
              <w:ind w:left="74" w:right="178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 xml:space="preserve">«Сабантуй» </w:t>
            </w:r>
            <w:r w:rsidRPr="00F0299B">
              <w:rPr>
                <w:w w:val="105"/>
                <w:sz w:val="18"/>
                <w:szCs w:val="18"/>
              </w:rPr>
              <w:t>из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сюиты</w:t>
            </w:r>
          </w:p>
          <w:p w:rsidR="00587BF8" w:rsidRPr="00F0299B" w:rsidRDefault="00587BF8" w:rsidP="00B43EE5">
            <w:pPr>
              <w:pStyle w:val="TableParagraph"/>
              <w:spacing w:before="1" w:line="266" w:lineRule="auto"/>
              <w:ind w:left="74" w:right="262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«Башкирские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танцы»</w:t>
            </w:r>
          </w:p>
        </w:tc>
        <w:tc>
          <w:tcPr>
            <w:tcW w:w="850" w:type="dxa"/>
            <w:gridSpan w:val="2"/>
          </w:tcPr>
          <w:p w:rsidR="00587BF8" w:rsidRPr="009510BA" w:rsidRDefault="00587BF8" w:rsidP="00B43EE5">
            <w:pPr>
              <w:pStyle w:val="TableParagraph"/>
              <w:spacing w:before="7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12.09.2022</w:t>
            </w:r>
          </w:p>
          <w:p w:rsidR="00587BF8" w:rsidRPr="00F0299B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25.09.2022</w:t>
            </w:r>
          </w:p>
        </w:tc>
        <w:tc>
          <w:tcPr>
            <w:tcW w:w="1702" w:type="dxa"/>
            <w:gridSpan w:val="2"/>
          </w:tcPr>
          <w:p w:rsidR="00587BF8" w:rsidRPr="00F0299B" w:rsidRDefault="00587BF8" w:rsidP="00B43EE5">
            <w:pPr>
              <w:pStyle w:val="TableParagraph"/>
              <w:spacing w:before="74" w:line="266" w:lineRule="auto"/>
              <w:ind w:left="73" w:right="521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Разучивание и исполнение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народных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F0299B">
              <w:rPr>
                <w:w w:val="105"/>
                <w:sz w:val="18"/>
                <w:szCs w:val="18"/>
              </w:rPr>
              <w:t>песен</w:t>
            </w:r>
            <w:proofErr w:type="gramStart"/>
            <w:r w:rsidR="00F0299B">
              <w:rPr>
                <w:w w:val="105"/>
                <w:sz w:val="18"/>
                <w:szCs w:val="18"/>
              </w:rPr>
              <w:t>,т</w:t>
            </w:r>
            <w:proofErr w:type="gramEnd"/>
            <w:r w:rsidR="00F0299B">
              <w:rPr>
                <w:w w:val="105"/>
                <w:sz w:val="18"/>
                <w:szCs w:val="18"/>
              </w:rPr>
              <w:t>анцев</w:t>
            </w:r>
            <w:proofErr w:type="spellEnd"/>
            <w:r w:rsidR="00F0299B"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1132" w:type="dxa"/>
          </w:tcPr>
          <w:p w:rsidR="00587BF8" w:rsidRPr="00F0299B" w:rsidRDefault="00587BF8" w:rsidP="00B43EE5">
            <w:pPr>
              <w:pStyle w:val="TableParagraph"/>
              <w:spacing w:before="74" w:line="266" w:lineRule="auto"/>
              <w:ind w:left="72" w:right="491"/>
              <w:rPr>
                <w:sz w:val="18"/>
                <w:szCs w:val="18"/>
              </w:rPr>
            </w:pP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Устный</w:t>
            </w:r>
            <w:r w:rsidRPr="00F0299B">
              <w:rPr>
                <w:w w:val="105"/>
                <w:sz w:val="18"/>
                <w:szCs w:val="18"/>
              </w:rPr>
              <w:t>опрос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;</w:t>
            </w:r>
          </w:p>
        </w:tc>
        <w:tc>
          <w:tcPr>
            <w:tcW w:w="2122" w:type="dxa"/>
          </w:tcPr>
          <w:p w:rsidR="00587BF8" w:rsidRPr="00F0299B" w:rsidRDefault="008322BD" w:rsidP="008322BD">
            <w:pPr>
              <w:pStyle w:val="TableParagraph"/>
              <w:spacing w:before="74"/>
              <w:ind w:left="72"/>
              <w:rPr>
                <w:sz w:val="18"/>
                <w:szCs w:val="18"/>
              </w:rPr>
            </w:pPr>
            <w:r w:rsidRPr="00F0299B">
              <w:rPr>
                <w:color w:val="000000"/>
                <w:w w:val="97"/>
                <w:sz w:val="18"/>
                <w:szCs w:val="18"/>
              </w:rPr>
              <w:t>https://resh.edu.ru/subject/lesson/7423/main/255283/</w:t>
            </w:r>
          </w:p>
        </w:tc>
      </w:tr>
      <w:tr w:rsidR="00587BF8" w:rsidRPr="00AF1C03" w:rsidTr="00F0299B">
        <w:trPr>
          <w:trHeight w:val="315"/>
        </w:trPr>
        <w:tc>
          <w:tcPr>
            <w:tcW w:w="1677" w:type="dxa"/>
            <w:gridSpan w:val="5"/>
          </w:tcPr>
          <w:p w:rsidR="00587BF8" w:rsidRPr="00AF1C03" w:rsidRDefault="00587BF8" w:rsidP="00B43EE5">
            <w:pPr>
              <w:pStyle w:val="TableParagraph"/>
              <w:spacing w:before="74"/>
              <w:rPr>
                <w:sz w:val="15"/>
              </w:rPr>
            </w:pPr>
            <w:r w:rsidRPr="00AF1C03">
              <w:rPr>
                <w:w w:val="105"/>
                <w:sz w:val="15"/>
              </w:rPr>
              <w:t>Итого</w:t>
            </w:r>
            <w:r w:rsidR="00160DC5">
              <w:rPr>
                <w:w w:val="105"/>
                <w:sz w:val="15"/>
              </w:rPr>
              <w:t xml:space="preserve"> </w:t>
            </w:r>
            <w:r w:rsidRPr="00AF1C03">
              <w:rPr>
                <w:w w:val="105"/>
                <w:sz w:val="15"/>
              </w:rPr>
              <w:t>по</w:t>
            </w:r>
            <w:r w:rsidR="00160DC5">
              <w:rPr>
                <w:w w:val="105"/>
                <w:sz w:val="15"/>
              </w:rPr>
              <w:t xml:space="preserve"> </w:t>
            </w:r>
            <w:r w:rsidRPr="00AF1C03"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  <w:gridSpan w:val="3"/>
          </w:tcPr>
          <w:p w:rsidR="00587BF8" w:rsidRPr="00AF1C03" w:rsidRDefault="00587BF8" w:rsidP="00B43EE5">
            <w:pPr>
              <w:pStyle w:val="TableParagraph"/>
              <w:spacing w:before="74"/>
              <w:rPr>
                <w:sz w:val="15"/>
              </w:rPr>
            </w:pPr>
            <w:r w:rsidRPr="00AF1C03">
              <w:rPr>
                <w:w w:val="104"/>
                <w:sz w:val="15"/>
              </w:rPr>
              <w:t>4</w:t>
            </w:r>
          </w:p>
        </w:tc>
        <w:tc>
          <w:tcPr>
            <w:tcW w:w="13284" w:type="dxa"/>
            <w:gridSpan w:val="18"/>
          </w:tcPr>
          <w:p w:rsidR="00587BF8" w:rsidRPr="00AF1C03" w:rsidRDefault="00587BF8" w:rsidP="00B43EE5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587BF8" w:rsidRPr="00AF1C03" w:rsidRDefault="00587BF8" w:rsidP="00B43EE5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587BF8" w:rsidRPr="00AF1C03" w:rsidRDefault="00587BF8" w:rsidP="00B43E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87BF8" w:rsidRPr="00AF1C03" w:rsidTr="00580772">
        <w:trPr>
          <w:trHeight w:val="315"/>
        </w:trPr>
        <w:tc>
          <w:tcPr>
            <w:tcW w:w="15489" w:type="dxa"/>
            <w:gridSpan w:val="26"/>
          </w:tcPr>
          <w:p w:rsidR="00587BF8" w:rsidRPr="00AF1C03" w:rsidRDefault="00587BF8" w:rsidP="00B43EE5">
            <w:pPr>
              <w:pStyle w:val="TableParagraph"/>
              <w:spacing w:before="74"/>
              <w:rPr>
                <w:b/>
                <w:sz w:val="15"/>
              </w:rPr>
            </w:pPr>
            <w:r w:rsidRPr="00AF1C03">
              <w:rPr>
                <w:w w:val="105"/>
                <w:sz w:val="15"/>
              </w:rPr>
              <w:t>Модуль</w:t>
            </w:r>
            <w:proofErr w:type="gramStart"/>
            <w:r w:rsidRPr="00AF1C03">
              <w:rPr>
                <w:w w:val="105"/>
                <w:sz w:val="15"/>
              </w:rPr>
              <w:t>2</w:t>
            </w:r>
            <w:proofErr w:type="gramEnd"/>
            <w:r w:rsidRPr="00AF1C03">
              <w:rPr>
                <w:w w:val="105"/>
                <w:sz w:val="15"/>
              </w:rPr>
              <w:t>.</w:t>
            </w:r>
            <w:r w:rsidRPr="00AF1C03">
              <w:rPr>
                <w:b/>
                <w:w w:val="105"/>
                <w:sz w:val="15"/>
              </w:rPr>
              <w:t>Русская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классическая</w:t>
            </w:r>
            <w:r w:rsidR="00F0299B">
              <w:rPr>
                <w:b/>
                <w:w w:val="105"/>
                <w:sz w:val="15"/>
              </w:rPr>
              <w:t xml:space="preserve"> </w:t>
            </w:r>
            <w:r w:rsidRPr="00AF1C03">
              <w:rPr>
                <w:b/>
                <w:w w:val="105"/>
                <w:sz w:val="15"/>
              </w:rPr>
              <w:t>музыка</w:t>
            </w:r>
          </w:p>
        </w:tc>
      </w:tr>
      <w:tr w:rsidR="00587BF8" w:rsidRPr="00230673" w:rsidTr="009510BA">
        <w:trPr>
          <w:trHeight w:val="3815"/>
        </w:trPr>
        <w:tc>
          <w:tcPr>
            <w:tcW w:w="393" w:type="dxa"/>
            <w:gridSpan w:val="2"/>
          </w:tcPr>
          <w:p w:rsidR="00587BF8" w:rsidRPr="00F0299B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479" w:type="dxa"/>
            <w:gridSpan w:val="4"/>
          </w:tcPr>
          <w:p w:rsidR="00587BF8" w:rsidRPr="00F0299B" w:rsidRDefault="00587BF8" w:rsidP="00B43EE5">
            <w:pPr>
              <w:pStyle w:val="TableParagraph"/>
              <w:spacing w:before="64" w:line="266" w:lineRule="auto"/>
              <w:ind w:right="159"/>
              <w:rPr>
                <w:sz w:val="18"/>
                <w:szCs w:val="18"/>
              </w:rPr>
            </w:pPr>
            <w:r w:rsidRPr="00F0299B">
              <w:rPr>
                <w:spacing w:val="-2"/>
                <w:w w:val="105"/>
                <w:sz w:val="18"/>
                <w:szCs w:val="18"/>
              </w:rPr>
              <w:t xml:space="preserve">Образы </w:t>
            </w:r>
            <w:r w:rsidRPr="00F0299B">
              <w:rPr>
                <w:spacing w:val="-1"/>
                <w:w w:val="105"/>
                <w:sz w:val="18"/>
                <w:szCs w:val="18"/>
              </w:rPr>
              <w:t>родной</w:t>
            </w:r>
            <w:r w:rsidR="00160DC5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земли</w:t>
            </w:r>
          </w:p>
        </w:tc>
        <w:tc>
          <w:tcPr>
            <w:tcW w:w="333" w:type="dxa"/>
            <w:gridSpan w:val="2"/>
          </w:tcPr>
          <w:p w:rsidR="00587BF8" w:rsidRPr="00F0299B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3" w:type="dxa"/>
            <w:gridSpan w:val="2"/>
          </w:tcPr>
          <w:p w:rsidR="00587BF8" w:rsidRPr="00F0299B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</w:tcPr>
          <w:p w:rsidR="00587BF8" w:rsidRPr="00F0299B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F0299B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0" w:type="dxa"/>
          </w:tcPr>
          <w:p w:rsidR="00587BF8" w:rsidRPr="00F0299B" w:rsidRDefault="00587BF8" w:rsidP="00B43EE5">
            <w:pPr>
              <w:pStyle w:val="TableParagraph"/>
              <w:spacing w:before="64" w:line="266" w:lineRule="auto"/>
              <w:ind w:left="75" w:right="235"/>
              <w:rPr>
                <w:sz w:val="18"/>
                <w:szCs w:val="18"/>
              </w:rPr>
            </w:pP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Г.Свиридов</w:t>
            </w:r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.</w:t>
            </w:r>
            <w:r w:rsidRPr="00F0299B">
              <w:rPr>
                <w:w w:val="105"/>
                <w:sz w:val="18"/>
                <w:szCs w:val="18"/>
              </w:rPr>
              <w:t>У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вертюра</w:t>
            </w:r>
            <w:proofErr w:type="spellEnd"/>
            <w:r w:rsidR="00160DC5" w:rsidRPr="00F0299B">
              <w:rPr>
                <w:w w:val="105"/>
                <w:sz w:val="18"/>
                <w:szCs w:val="18"/>
              </w:rPr>
              <w:t xml:space="preserve">  </w:t>
            </w:r>
            <w:r w:rsidRPr="00F0299B">
              <w:rPr>
                <w:w w:val="105"/>
                <w:sz w:val="18"/>
                <w:szCs w:val="18"/>
              </w:rPr>
              <w:t>«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Время,вперед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!»;</w:t>
            </w:r>
          </w:p>
          <w:p w:rsidR="00587BF8" w:rsidRPr="00F0299B" w:rsidRDefault="00587BF8" w:rsidP="00B43EE5">
            <w:pPr>
              <w:pStyle w:val="TableParagraph"/>
              <w:spacing w:before="2" w:line="266" w:lineRule="auto"/>
              <w:ind w:left="75" w:right="79"/>
              <w:rPr>
                <w:sz w:val="18"/>
                <w:szCs w:val="18"/>
              </w:rPr>
            </w:pPr>
            <w:proofErr w:type="spellStart"/>
            <w:r w:rsidRPr="00F0299B">
              <w:rPr>
                <w:w w:val="105"/>
                <w:sz w:val="18"/>
                <w:szCs w:val="18"/>
              </w:rPr>
              <w:t>Г.Свиридов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,с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л.А.Барто</w:t>
            </w:r>
            <w:proofErr w:type="spellEnd"/>
            <w:r w:rsidR="00160DC5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.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ПесняоМоскве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;</w:t>
            </w:r>
          </w:p>
          <w:p w:rsidR="00587BF8" w:rsidRPr="00F0299B" w:rsidRDefault="00587BF8" w:rsidP="00B43EE5">
            <w:pPr>
              <w:pStyle w:val="TableParagraph"/>
              <w:spacing w:before="1"/>
              <w:ind w:left="75"/>
              <w:rPr>
                <w:sz w:val="18"/>
                <w:szCs w:val="18"/>
              </w:rPr>
            </w:pP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П.Чайковский</w:t>
            </w:r>
            <w:proofErr w:type="gramStart"/>
            <w:r w:rsidRPr="00F0299B">
              <w:rPr>
                <w:spacing w:val="-1"/>
                <w:w w:val="105"/>
                <w:sz w:val="18"/>
                <w:szCs w:val="18"/>
              </w:rPr>
              <w:t>.</w:t>
            </w:r>
            <w:r w:rsidRPr="00F0299B">
              <w:rPr>
                <w:w w:val="105"/>
                <w:sz w:val="18"/>
                <w:szCs w:val="18"/>
              </w:rPr>
              <w:t>О</w:t>
            </w:r>
            <w:proofErr w:type="gramEnd"/>
            <w:r w:rsidRPr="00F0299B">
              <w:rPr>
                <w:w w:val="105"/>
                <w:sz w:val="18"/>
                <w:szCs w:val="18"/>
              </w:rPr>
              <w:t>ктябрь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.</w:t>
            </w:r>
          </w:p>
          <w:p w:rsidR="00587BF8" w:rsidRPr="00F0299B" w:rsidRDefault="00587BF8" w:rsidP="00B43EE5">
            <w:pPr>
              <w:pStyle w:val="TableParagraph"/>
              <w:spacing w:before="20" w:line="266" w:lineRule="auto"/>
              <w:ind w:left="75" w:right="242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«Осенняя песнь» из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F0299B">
              <w:rPr>
                <w:spacing w:val="-1"/>
                <w:w w:val="105"/>
                <w:sz w:val="18"/>
                <w:szCs w:val="18"/>
              </w:rPr>
              <w:t>фортепианногоцикла</w:t>
            </w:r>
            <w:proofErr w:type="spellEnd"/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«Времена</w:t>
            </w:r>
            <w:r w:rsidR="00160DC5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года»</w:t>
            </w:r>
          </w:p>
          <w:p w:rsidR="00587BF8" w:rsidRPr="00F0299B" w:rsidRDefault="00587BF8" w:rsidP="00B43EE5">
            <w:pPr>
              <w:pStyle w:val="TableParagraph"/>
              <w:spacing w:before="1" w:line="266" w:lineRule="auto"/>
              <w:ind w:left="75" w:right="108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Русские</w:t>
            </w:r>
            <w:r w:rsidR="00160DC5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народные</w:t>
            </w:r>
            <w:r w:rsidR="00160DC5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песни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:«</w:t>
            </w:r>
            <w:proofErr w:type="gramEnd"/>
            <w:r w:rsidRPr="00F0299B">
              <w:rPr>
                <w:w w:val="105"/>
                <w:sz w:val="18"/>
                <w:szCs w:val="18"/>
              </w:rPr>
              <w:t>Светит</w:t>
            </w:r>
            <w:proofErr w:type="spellEnd"/>
            <w:r w:rsidR="00160DC5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месяц»,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«Травушка-муравушка»,</w:t>
            </w:r>
          </w:p>
          <w:p w:rsidR="00587BF8" w:rsidRPr="00F0299B" w:rsidRDefault="00587BF8" w:rsidP="00B43EE5">
            <w:pPr>
              <w:pStyle w:val="TableParagraph"/>
              <w:spacing w:before="2" w:line="266" w:lineRule="auto"/>
              <w:ind w:left="75" w:right="495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«Валенки»; «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Прялица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»,</w:t>
            </w:r>
            <w:r w:rsid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русский</w:t>
            </w:r>
            <w:r w:rsidR="00234D76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народный</w:t>
            </w:r>
            <w:r w:rsidR="00234D76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наигрыш</w:t>
            </w:r>
          </w:p>
          <w:p w:rsidR="00587BF8" w:rsidRPr="00F0299B" w:rsidRDefault="00587BF8" w:rsidP="00B43EE5">
            <w:pPr>
              <w:pStyle w:val="TableParagraph"/>
              <w:spacing w:before="1"/>
              <w:ind w:left="75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«Полянка»,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русская</w:t>
            </w:r>
            <w:r w:rsidR="00234D76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плясовая</w:t>
            </w:r>
          </w:p>
          <w:p w:rsidR="00587BF8" w:rsidRPr="00F0299B" w:rsidRDefault="00587BF8" w:rsidP="00B43EE5">
            <w:pPr>
              <w:pStyle w:val="TableParagraph"/>
              <w:spacing w:before="20" w:line="266" w:lineRule="auto"/>
              <w:ind w:left="75" w:right="88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«Кадриль»</w:t>
            </w:r>
            <w:r w:rsid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в</w:t>
            </w:r>
            <w:r w:rsidR="00234D76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исполнении</w:t>
            </w:r>
            <w:r w:rsidR="00234D76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оркестра</w:t>
            </w:r>
            <w:r w:rsidR="00234D76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русских</w:t>
            </w:r>
            <w:r w:rsidR="00234D76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народных</w:t>
            </w:r>
            <w:r w:rsidR="00234D76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инструментов</w:t>
            </w:r>
          </w:p>
        </w:tc>
        <w:tc>
          <w:tcPr>
            <w:tcW w:w="1333" w:type="dxa"/>
            <w:gridSpan w:val="2"/>
          </w:tcPr>
          <w:p w:rsidR="00F84FB0" w:rsidRPr="00F0299B" w:rsidRDefault="00F84FB0" w:rsidP="00B43EE5">
            <w:pPr>
              <w:pStyle w:val="TableParagraph"/>
              <w:spacing w:before="64" w:line="266" w:lineRule="auto"/>
              <w:ind w:left="74" w:right="128"/>
              <w:rPr>
                <w:color w:val="000000"/>
                <w:w w:val="97"/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1.</w:t>
            </w:r>
            <w:r w:rsidR="00587BF8" w:rsidRPr="00F0299B">
              <w:rPr>
                <w:w w:val="105"/>
                <w:sz w:val="18"/>
                <w:szCs w:val="18"/>
              </w:rPr>
              <w:t>Р.н.п.</w:t>
            </w:r>
            <w:proofErr w:type="gramStart"/>
            <w:r w:rsidR="00587BF8" w:rsidRPr="00F0299B">
              <w:rPr>
                <w:w w:val="105"/>
                <w:sz w:val="18"/>
                <w:szCs w:val="18"/>
              </w:rPr>
              <w:t>:П</w:t>
            </w:r>
            <w:proofErr w:type="gramEnd"/>
            <w:r w:rsidR="00587BF8" w:rsidRPr="00F0299B">
              <w:rPr>
                <w:w w:val="105"/>
                <w:sz w:val="18"/>
                <w:szCs w:val="18"/>
              </w:rPr>
              <w:t>ойдуль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587BF8" w:rsidRPr="00F0299B">
              <w:rPr>
                <w:w w:val="105"/>
                <w:sz w:val="18"/>
                <w:szCs w:val="18"/>
              </w:rPr>
              <w:t>я,выйду</w:t>
            </w:r>
            <w:proofErr w:type="spellEnd"/>
            <w:r w:rsidR="00587BF8" w:rsidRPr="00F0299B">
              <w:rPr>
                <w:w w:val="105"/>
                <w:sz w:val="18"/>
                <w:szCs w:val="18"/>
              </w:rPr>
              <w:t xml:space="preserve"> ль я», «Во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="00587BF8" w:rsidRPr="00F0299B">
              <w:rPr>
                <w:w w:val="105"/>
                <w:sz w:val="18"/>
                <w:szCs w:val="18"/>
              </w:rPr>
              <w:t>кузнице</w:t>
            </w:r>
            <w:r w:rsidR="009510BA">
              <w:rPr>
                <w:w w:val="105"/>
                <w:sz w:val="18"/>
                <w:szCs w:val="18"/>
              </w:rPr>
              <w:t>»</w:t>
            </w:r>
          </w:p>
          <w:p w:rsidR="00587BF8" w:rsidRPr="00F0299B" w:rsidRDefault="00F84FB0" w:rsidP="00B43EE5">
            <w:pPr>
              <w:pStyle w:val="TableParagraph"/>
              <w:spacing w:before="64" w:line="266" w:lineRule="auto"/>
              <w:ind w:left="74" w:right="128"/>
              <w:rPr>
                <w:sz w:val="18"/>
                <w:szCs w:val="18"/>
              </w:rPr>
            </w:pPr>
            <w:r w:rsidRPr="00F0299B">
              <w:rPr>
                <w:color w:val="000000"/>
                <w:w w:val="97"/>
                <w:sz w:val="18"/>
                <w:szCs w:val="18"/>
              </w:rPr>
              <w:t>.2.</w:t>
            </w:r>
            <w:r w:rsidR="009510BA">
              <w:rPr>
                <w:color w:val="000000"/>
                <w:w w:val="97"/>
                <w:sz w:val="18"/>
                <w:szCs w:val="18"/>
              </w:rPr>
              <w:t>А.</w:t>
            </w:r>
            <w:r w:rsidRPr="00F0299B">
              <w:rPr>
                <w:color w:val="000000"/>
                <w:w w:val="97"/>
                <w:sz w:val="18"/>
                <w:szCs w:val="18"/>
              </w:rPr>
              <w:t xml:space="preserve">Дубравин </w:t>
            </w:r>
            <w:r w:rsidRPr="00F0299B">
              <w:rPr>
                <w:sz w:val="18"/>
                <w:szCs w:val="18"/>
              </w:rPr>
              <w:br/>
            </w:r>
            <w:r w:rsidRPr="00F0299B">
              <w:rPr>
                <w:color w:val="000000"/>
                <w:w w:val="97"/>
                <w:sz w:val="18"/>
                <w:szCs w:val="18"/>
              </w:rPr>
              <w:t xml:space="preserve">"Родная земля", 3.О.Хромушин </w:t>
            </w:r>
            <w:r w:rsidRPr="00F0299B">
              <w:rPr>
                <w:sz w:val="18"/>
                <w:szCs w:val="18"/>
              </w:rPr>
              <w:br/>
            </w:r>
            <w:r w:rsidRPr="00F0299B">
              <w:rPr>
                <w:color w:val="000000"/>
                <w:w w:val="97"/>
                <w:sz w:val="18"/>
                <w:szCs w:val="18"/>
              </w:rPr>
              <w:t>"Сколько нас" 4.Х.Плиев "Край родной"</w:t>
            </w:r>
            <w:r w:rsidR="00587BF8" w:rsidRPr="00F0299B">
              <w:rPr>
                <w:w w:val="105"/>
                <w:sz w:val="18"/>
                <w:szCs w:val="18"/>
              </w:rPr>
              <w:t>»</w:t>
            </w:r>
          </w:p>
        </w:tc>
        <w:tc>
          <w:tcPr>
            <w:tcW w:w="1378" w:type="dxa"/>
            <w:gridSpan w:val="3"/>
          </w:tcPr>
          <w:p w:rsidR="00587BF8" w:rsidRPr="00F0299B" w:rsidRDefault="00587BF8" w:rsidP="00B43EE5">
            <w:pPr>
              <w:pStyle w:val="TableParagraph"/>
              <w:spacing w:before="64" w:line="266" w:lineRule="auto"/>
              <w:ind w:left="74" w:right="397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 xml:space="preserve">Г. </w:t>
            </w:r>
            <w:proofErr w:type="spellStart"/>
            <w:r w:rsidRPr="00F0299B">
              <w:rPr>
                <w:w w:val="105"/>
                <w:sz w:val="18"/>
                <w:szCs w:val="18"/>
              </w:rPr>
              <w:t>Шпадэ</w:t>
            </w:r>
            <w:proofErr w:type="spellEnd"/>
            <w:r w:rsidRPr="00F0299B">
              <w:rPr>
                <w:w w:val="105"/>
                <w:sz w:val="18"/>
                <w:szCs w:val="18"/>
              </w:rPr>
              <w:t>-</w:t>
            </w:r>
            <w:r w:rsidRPr="00F0299B">
              <w:rPr>
                <w:spacing w:val="-1"/>
                <w:w w:val="105"/>
                <w:sz w:val="18"/>
                <w:szCs w:val="18"/>
              </w:rPr>
              <w:t>Глазырина.</w:t>
            </w:r>
            <w:r w:rsidR="00F0299B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Веселый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оркестр</w:t>
            </w:r>
          </w:p>
        </w:tc>
        <w:tc>
          <w:tcPr>
            <w:tcW w:w="86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26.09.2022</w:t>
            </w:r>
          </w:p>
          <w:p w:rsidR="00587BF8" w:rsidRPr="00F0299B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09.10.2022</w:t>
            </w:r>
          </w:p>
        </w:tc>
        <w:tc>
          <w:tcPr>
            <w:tcW w:w="1586" w:type="dxa"/>
            <w:gridSpan w:val="2"/>
          </w:tcPr>
          <w:p w:rsidR="00587BF8" w:rsidRPr="00F0299B" w:rsidRDefault="00587BF8" w:rsidP="00B43EE5">
            <w:pPr>
              <w:pStyle w:val="TableParagraph"/>
              <w:spacing w:before="64" w:line="266" w:lineRule="auto"/>
              <w:ind w:left="73" w:right="87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Повторение, обобщение опыта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слушания, проживания, анализа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музыки русских композиторов,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полученного в начальных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классах. Выявление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 xml:space="preserve">мелодичности, широты </w:t>
            </w:r>
            <w:r w:rsidRPr="00F0299B">
              <w:rPr>
                <w:w w:val="105"/>
                <w:sz w:val="18"/>
                <w:szCs w:val="18"/>
              </w:rPr>
              <w:t>дыхания,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интонационной близости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русскому фольклору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.;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proofErr w:type="gramEnd"/>
            <w:r w:rsidRPr="00F0299B">
              <w:rPr>
                <w:w w:val="105"/>
                <w:sz w:val="18"/>
                <w:szCs w:val="18"/>
              </w:rPr>
              <w:t>Разучивание, исполнение не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менее одного вокального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произведения, сочинённого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русским композитором-классиком.;</w:t>
            </w:r>
          </w:p>
          <w:p w:rsidR="00587BF8" w:rsidRPr="00F0299B" w:rsidRDefault="00587BF8" w:rsidP="00B43EE5">
            <w:pPr>
              <w:pStyle w:val="TableParagraph"/>
              <w:spacing w:before="9" w:line="266" w:lineRule="auto"/>
              <w:ind w:left="73" w:right="472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 xml:space="preserve">Музыкальная викторина </w:t>
            </w:r>
            <w:r w:rsidRPr="00F0299B">
              <w:rPr>
                <w:w w:val="105"/>
                <w:sz w:val="18"/>
                <w:szCs w:val="18"/>
              </w:rPr>
              <w:t>на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знание музыки, названий и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авторов изученных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произведений</w:t>
            </w:r>
            <w:proofErr w:type="gramStart"/>
            <w:r w:rsidRPr="00F0299B">
              <w:rPr>
                <w:w w:val="105"/>
                <w:sz w:val="18"/>
                <w:szCs w:val="18"/>
              </w:rPr>
              <w:t>.;</w:t>
            </w:r>
            <w:proofErr w:type="gramEnd"/>
          </w:p>
          <w:p w:rsidR="00587BF8" w:rsidRPr="00F0299B" w:rsidRDefault="00587BF8" w:rsidP="00B43EE5">
            <w:pPr>
              <w:pStyle w:val="TableParagraph"/>
              <w:spacing w:before="2" w:line="266" w:lineRule="auto"/>
              <w:ind w:left="73" w:right="353"/>
              <w:rPr>
                <w:sz w:val="18"/>
                <w:szCs w:val="18"/>
              </w:rPr>
            </w:pPr>
            <w:r w:rsidRPr="00F0299B">
              <w:rPr>
                <w:w w:val="105"/>
                <w:sz w:val="18"/>
                <w:szCs w:val="18"/>
              </w:rPr>
              <w:t>Рисование по мотивам</w:t>
            </w:r>
            <w:r w:rsidR="00F0299B" w:rsidRPr="00F0299B">
              <w:rPr>
                <w:w w:val="105"/>
                <w:sz w:val="18"/>
                <w:szCs w:val="18"/>
              </w:rPr>
              <w:t xml:space="preserve"> </w:t>
            </w:r>
            <w:r w:rsidRPr="00F0299B">
              <w:rPr>
                <w:spacing w:val="-1"/>
                <w:w w:val="105"/>
                <w:sz w:val="18"/>
                <w:szCs w:val="18"/>
              </w:rPr>
              <w:t>прослушанных музыкальных</w:t>
            </w:r>
            <w:r w:rsidR="00F0299B" w:rsidRPr="00F0299B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9510BA">
              <w:rPr>
                <w:w w:val="105"/>
                <w:sz w:val="18"/>
                <w:szCs w:val="18"/>
              </w:rPr>
              <w:t>произведений.</w:t>
            </w:r>
          </w:p>
        </w:tc>
        <w:tc>
          <w:tcPr>
            <w:tcW w:w="1255" w:type="dxa"/>
            <w:gridSpan w:val="2"/>
          </w:tcPr>
          <w:p w:rsidR="00587BF8" w:rsidRPr="00F0299B" w:rsidRDefault="00587BF8" w:rsidP="009510BA">
            <w:pPr>
              <w:pStyle w:val="TableParagraph"/>
              <w:spacing w:before="64" w:line="266" w:lineRule="auto"/>
              <w:ind w:left="0" w:right="491"/>
              <w:rPr>
                <w:sz w:val="18"/>
                <w:szCs w:val="18"/>
              </w:rPr>
            </w:pPr>
            <w:r w:rsidRPr="00F0299B">
              <w:rPr>
                <w:spacing w:val="-1"/>
                <w:w w:val="105"/>
                <w:sz w:val="18"/>
                <w:szCs w:val="18"/>
              </w:rPr>
              <w:t>Устный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0299B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2156" w:type="dxa"/>
            <w:gridSpan w:val="2"/>
          </w:tcPr>
          <w:p w:rsidR="00F84FB0" w:rsidRPr="00F0299B" w:rsidRDefault="00230673" w:rsidP="00F84FB0">
            <w:pPr>
              <w:pStyle w:val="TableParagraph"/>
              <w:spacing w:before="64" w:line="266" w:lineRule="auto"/>
              <w:ind w:left="72" w:right="285"/>
              <w:rPr>
                <w:spacing w:val="-1"/>
                <w:w w:val="105"/>
                <w:sz w:val="18"/>
                <w:szCs w:val="18"/>
              </w:rPr>
            </w:pPr>
            <w:hyperlink r:id="rId7">
              <w:r w:rsidR="00587BF8" w:rsidRPr="00F0299B">
                <w:rPr>
                  <w:w w:val="105"/>
                  <w:sz w:val="18"/>
                  <w:szCs w:val="18"/>
                  <w:lang w:val="en-US"/>
                </w:rPr>
                <w:t>http</w:t>
              </w:r>
              <w:r w:rsidR="00587BF8" w:rsidRPr="00F0299B">
                <w:rPr>
                  <w:w w:val="105"/>
                  <w:sz w:val="18"/>
                  <w:szCs w:val="18"/>
                </w:rPr>
                <w:t>://</w:t>
              </w:r>
              <w:r w:rsidR="00587BF8" w:rsidRPr="00F0299B">
                <w:rPr>
                  <w:w w:val="105"/>
                  <w:sz w:val="18"/>
                  <w:szCs w:val="18"/>
                  <w:lang w:val="en-US"/>
                </w:rPr>
                <w:t>school</w:t>
              </w:r>
              <w:r w:rsidR="00587BF8" w:rsidRPr="00F0299B">
                <w:rPr>
                  <w:w w:val="105"/>
                  <w:sz w:val="18"/>
                  <w:szCs w:val="18"/>
                </w:rPr>
                <w:t>-</w:t>
              </w:r>
            </w:hyperlink>
            <w:r w:rsidR="00587BF8" w:rsidRPr="00F0299B">
              <w:rPr>
                <w:spacing w:val="-1"/>
                <w:w w:val="105"/>
                <w:sz w:val="18"/>
                <w:szCs w:val="18"/>
                <w:lang w:val="en-US"/>
              </w:rPr>
              <w:t>collection</w:t>
            </w:r>
            <w:r w:rsidR="00587BF8" w:rsidRPr="00F0299B">
              <w:rPr>
                <w:spacing w:val="-1"/>
                <w:w w:val="105"/>
                <w:sz w:val="18"/>
                <w:szCs w:val="18"/>
              </w:rPr>
              <w:t>.</w:t>
            </w:r>
            <w:proofErr w:type="spellStart"/>
            <w:r w:rsidR="00587BF8" w:rsidRPr="00F0299B">
              <w:rPr>
                <w:spacing w:val="-1"/>
                <w:w w:val="105"/>
                <w:sz w:val="18"/>
                <w:szCs w:val="18"/>
                <w:lang w:val="en-US"/>
              </w:rPr>
              <w:t>edu</w:t>
            </w:r>
            <w:proofErr w:type="spellEnd"/>
            <w:r w:rsidR="00587BF8" w:rsidRPr="00F0299B">
              <w:rPr>
                <w:spacing w:val="-1"/>
                <w:w w:val="105"/>
                <w:sz w:val="18"/>
                <w:szCs w:val="18"/>
              </w:rPr>
              <w:t>.</w:t>
            </w:r>
            <w:proofErr w:type="spellStart"/>
            <w:r w:rsidR="00587BF8" w:rsidRPr="00F0299B">
              <w:rPr>
                <w:spacing w:val="-1"/>
                <w:w w:val="105"/>
                <w:sz w:val="18"/>
                <w:szCs w:val="18"/>
                <w:lang w:val="en-US"/>
              </w:rPr>
              <w:t>ru</w:t>
            </w:r>
            <w:proofErr w:type="spellEnd"/>
            <w:r w:rsidR="00587BF8" w:rsidRPr="00F0299B">
              <w:rPr>
                <w:spacing w:val="-1"/>
                <w:w w:val="105"/>
                <w:sz w:val="18"/>
                <w:szCs w:val="18"/>
              </w:rPr>
              <w:t>/</w:t>
            </w:r>
          </w:p>
          <w:p w:rsidR="00587BF8" w:rsidRPr="00F0299B" w:rsidRDefault="00F84FB0" w:rsidP="00F84FB0">
            <w:pPr>
              <w:pStyle w:val="TableParagraph"/>
              <w:spacing w:before="64" w:line="266" w:lineRule="auto"/>
              <w:ind w:left="72" w:right="285"/>
              <w:rPr>
                <w:spacing w:val="-1"/>
                <w:w w:val="105"/>
                <w:sz w:val="18"/>
                <w:szCs w:val="18"/>
              </w:rPr>
            </w:pPr>
            <w:r w:rsidRPr="00F0299B">
              <w:rPr>
                <w:color w:val="000000"/>
                <w:w w:val="97"/>
                <w:sz w:val="18"/>
                <w:szCs w:val="18"/>
              </w:rPr>
              <w:t xml:space="preserve">РЭШ </w:t>
            </w:r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https</w:t>
            </w:r>
            <w:r w:rsidRPr="00F0299B">
              <w:rPr>
                <w:color w:val="000000"/>
                <w:w w:val="97"/>
                <w:sz w:val="18"/>
                <w:szCs w:val="18"/>
              </w:rPr>
              <w:t>://</w:t>
            </w:r>
            <w:proofErr w:type="spellStart"/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resh</w:t>
            </w:r>
            <w:proofErr w:type="spellEnd"/>
            <w:r w:rsidRPr="00F0299B">
              <w:rPr>
                <w:color w:val="000000"/>
                <w:w w:val="97"/>
                <w:sz w:val="18"/>
                <w:szCs w:val="18"/>
              </w:rPr>
              <w:t>.</w:t>
            </w:r>
            <w:proofErr w:type="spellStart"/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edu</w:t>
            </w:r>
            <w:proofErr w:type="spellEnd"/>
            <w:r w:rsidRPr="00F0299B">
              <w:rPr>
                <w:color w:val="000000"/>
                <w:w w:val="97"/>
                <w:sz w:val="18"/>
                <w:szCs w:val="18"/>
              </w:rPr>
              <w:t>.</w:t>
            </w:r>
            <w:proofErr w:type="spellStart"/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ru</w:t>
            </w:r>
            <w:proofErr w:type="spellEnd"/>
            <w:r w:rsidRPr="00F0299B">
              <w:rPr>
                <w:color w:val="000000"/>
                <w:w w:val="97"/>
                <w:sz w:val="18"/>
                <w:szCs w:val="18"/>
              </w:rPr>
              <w:t>/</w:t>
            </w:r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subject</w:t>
            </w:r>
            <w:r w:rsidRPr="00F0299B">
              <w:rPr>
                <w:color w:val="000000"/>
                <w:w w:val="97"/>
                <w:sz w:val="18"/>
                <w:szCs w:val="18"/>
              </w:rPr>
              <w:t>/</w:t>
            </w:r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lesson</w:t>
            </w:r>
            <w:r w:rsidRPr="00F0299B">
              <w:rPr>
                <w:color w:val="000000"/>
                <w:w w:val="97"/>
                <w:sz w:val="18"/>
                <w:szCs w:val="18"/>
              </w:rPr>
              <w:t>/7430/</w:t>
            </w:r>
            <w:r w:rsidRPr="00F0299B">
              <w:rPr>
                <w:color w:val="000000"/>
                <w:w w:val="97"/>
                <w:sz w:val="18"/>
                <w:szCs w:val="18"/>
                <w:lang w:val="en-US"/>
              </w:rPr>
              <w:t>start</w:t>
            </w:r>
            <w:r w:rsidRPr="00F0299B">
              <w:rPr>
                <w:color w:val="000000"/>
                <w:w w:val="97"/>
                <w:sz w:val="18"/>
                <w:szCs w:val="18"/>
              </w:rPr>
              <w:t>/255247/</w:t>
            </w:r>
          </w:p>
        </w:tc>
      </w:tr>
      <w:tr w:rsidR="00587BF8" w:rsidRPr="00230673" w:rsidTr="009510BA">
        <w:trPr>
          <w:trHeight w:val="860"/>
        </w:trPr>
        <w:tc>
          <w:tcPr>
            <w:tcW w:w="39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2.2.</w:t>
            </w:r>
          </w:p>
        </w:tc>
        <w:tc>
          <w:tcPr>
            <w:tcW w:w="1479" w:type="dxa"/>
            <w:gridSpan w:val="4"/>
          </w:tcPr>
          <w:p w:rsidR="00587BF8" w:rsidRPr="009510BA" w:rsidRDefault="00587BF8" w:rsidP="009510BA">
            <w:pPr>
              <w:pStyle w:val="TableParagraph"/>
              <w:spacing w:before="64" w:line="266" w:lineRule="auto"/>
              <w:ind w:left="0" w:right="46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Русская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исполнительская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школа</w:t>
            </w:r>
          </w:p>
        </w:tc>
        <w:tc>
          <w:tcPr>
            <w:tcW w:w="33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0" w:type="dxa"/>
          </w:tcPr>
          <w:p w:rsidR="00587BF8" w:rsidRPr="009510BA" w:rsidRDefault="00F84FB0" w:rsidP="00B43EE5">
            <w:pPr>
              <w:pStyle w:val="TableParagraph"/>
              <w:spacing w:before="64" w:line="266" w:lineRule="auto"/>
              <w:ind w:left="75" w:right="186"/>
              <w:rPr>
                <w:sz w:val="18"/>
                <w:szCs w:val="18"/>
              </w:rPr>
            </w:pP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С.Рахманинов</w:t>
            </w:r>
            <w:proofErr w:type="spellEnd"/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"Сирень" </w:t>
            </w:r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в исполнении </w:t>
            </w:r>
            <w:r w:rsidRPr="009510BA">
              <w:rPr>
                <w:sz w:val="18"/>
                <w:szCs w:val="18"/>
              </w:rPr>
              <w:br/>
            </w: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Н.Неждановой</w:t>
            </w:r>
            <w:proofErr w:type="spellEnd"/>
            <w:r w:rsidRPr="009510BA">
              <w:rPr>
                <w:sz w:val="18"/>
                <w:szCs w:val="18"/>
              </w:rPr>
              <w:br/>
            </w: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lastRenderedPageBreak/>
              <w:t>Л.Малашкин</w:t>
            </w:r>
            <w:proofErr w:type="spellEnd"/>
            <w:r w:rsidRPr="009510BA">
              <w:rPr>
                <w:color w:val="000000"/>
                <w:w w:val="97"/>
                <w:sz w:val="18"/>
                <w:szCs w:val="18"/>
              </w:rPr>
              <w:t xml:space="preserve"> -</w:t>
            </w:r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романсы </w:t>
            </w:r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("Я встретил вас"...) </w:t>
            </w: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исп.И.КозловскийРус</w:t>
            </w:r>
            <w:proofErr w:type="gramStart"/>
            <w:r w:rsidRPr="009510BA">
              <w:rPr>
                <w:color w:val="000000"/>
                <w:w w:val="97"/>
                <w:sz w:val="18"/>
                <w:szCs w:val="18"/>
              </w:rPr>
              <w:t>.н</w:t>
            </w:r>
            <w:proofErr w:type="gramEnd"/>
            <w:r w:rsidRPr="009510BA">
              <w:rPr>
                <w:color w:val="000000"/>
                <w:w w:val="97"/>
                <w:sz w:val="18"/>
                <w:szCs w:val="18"/>
              </w:rPr>
              <w:t>ар.песня</w:t>
            </w:r>
            <w:proofErr w:type="spellEnd"/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"Вечерний звон", </w:t>
            </w:r>
            <w:r w:rsidRPr="009510BA">
              <w:rPr>
                <w:sz w:val="18"/>
                <w:szCs w:val="18"/>
              </w:rPr>
              <w:br/>
            </w: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исп.И.Козловский</w:t>
            </w:r>
            <w:proofErr w:type="spellEnd"/>
            <w:r w:rsidRPr="009510BA">
              <w:rPr>
                <w:color w:val="000000"/>
                <w:w w:val="97"/>
                <w:sz w:val="18"/>
                <w:szCs w:val="18"/>
              </w:rPr>
              <w:t xml:space="preserve"> ( на выбор)</w:t>
            </w:r>
          </w:p>
        </w:tc>
        <w:tc>
          <w:tcPr>
            <w:tcW w:w="133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394"/>
              <w:rPr>
                <w:w w:val="105"/>
                <w:sz w:val="18"/>
                <w:szCs w:val="18"/>
              </w:rPr>
            </w:pPr>
            <w:proofErr w:type="spellStart"/>
            <w:r w:rsidRPr="009510BA">
              <w:rPr>
                <w:spacing w:val="-2"/>
                <w:w w:val="105"/>
                <w:sz w:val="18"/>
                <w:szCs w:val="18"/>
              </w:rPr>
              <w:lastRenderedPageBreak/>
              <w:t>Р.н.п</w:t>
            </w:r>
            <w:proofErr w:type="spellEnd"/>
            <w:r w:rsidRPr="009510BA">
              <w:rPr>
                <w:spacing w:val="-2"/>
                <w:w w:val="105"/>
                <w:sz w:val="18"/>
                <w:szCs w:val="18"/>
              </w:rPr>
              <w:t xml:space="preserve">. </w:t>
            </w:r>
            <w:r w:rsidRPr="009510BA">
              <w:rPr>
                <w:spacing w:val="-1"/>
                <w:w w:val="105"/>
                <w:sz w:val="18"/>
                <w:szCs w:val="18"/>
              </w:rPr>
              <w:t>«Тонкая</w:t>
            </w:r>
            <w:r w:rsidR="009510BA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рябина»</w:t>
            </w:r>
          </w:p>
          <w:p w:rsidR="00F84FB0" w:rsidRPr="009510BA" w:rsidRDefault="00F84FB0" w:rsidP="00B43EE5">
            <w:pPr>
              <w:pStyle w:val="TableParagraph"/>
              <w:spacing w:before="64" w:line="266" w:lineRule="auto"/>
              <w:ind w:left="74" w:right="394"/>
              <w:rPr>
                <w:sz w:val="18"/>
                <w:szCs w:val="18"/>
              </w:rPr>
            </w:pP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Е.Зарицкая</w:t>
            </w:r>
            <w:proofErr w:type="spellEnd"/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lastRenderedPageBreak/>
              <w:t xml:space="preserve">"Быть </w:t>
            </w:r>
            <w:r w:rsidRPr="009510BA">
              <w:rPr>
                <w:sz w:val="18"/>
                <w:szCs w:val="18"/>
              </w:rPr>
              <w:br/>
            </w:r>
            <w:r w:rsidRPr="009510BA">
              <w:rPr>
                <w:color w:val="000000"/>
                <w:w w:val="97"/>
                <w:sz w:val="18"/>
                <w:szCs w:val="18"/>
              </w:rPr>
              <w:t xml:space="preserve">мужчиной". </w:t>
            </w:r>
            <w:proofErr w:type="spellStart"/>
            <w:r w:rsidRPr="009510BA">
              <w:rPr>
                <w:color w:val="000000"/>
                <w:w w:val="97"/>
                <w:sz w:val="18"/>
                <w:szCs w:val="18"/>
              </w:rPr>
              <w:t>Я.Френкель</w:t>
            </w:r>
            <w:proofErr w:type="spellEnd"/>
            <w:r w:rsidRPr="009510BA">
              <w:rPr>
                <w:color w:val="000000"/>
                <w:w w:val="97"/>
                <w:sz w:val="18"/>
                <w:szCs w:val="18"/>
              </w:rPr>
              <w:t xml:space="preserve"> "Погоня</w:t>
            </w:r>
            <w:proofErr w:type="gramStart"/>
            <w:r w:rsidRPr="009510BA">
              <w:rPr>
                <w:color w:val="000000"/>
                <w:w w:val="97"/>
                <w:sz w:val="18"/>
                <w:szCs w:val="18"/>
              </w:rPr>
              <w:t>"(</w:t>
            </w:r>
            <w:proofErr w:type="gramEnd"/>
            <w:r w:rsidRPr="009510BA">
              <w:rPr>
                <w:color w:val="000000"/>
                <w:w w:val="97"/>
                <w:sz w:val="18"/>
                <w:szCs w:val="18"/>
              </w:rPr>
              <w:t xml:space="preserve"> на выбор)</w:t>
            </w:r>
          </w:p>
        </w:tc>
        <w:tc>
          <w:tcPr>
            <w:tcW w:w="1378" w:type="dxa"/>
            <w:gridSpan w:val="3"/>
          </w:tcPr>
          <w:p w:rsidR="00587BF8" w:rsidRPr="009510BA" w:rsidRDefault="00587BF8" w:rsidP="009510BA">
            <w:pPr>
              <w:pStyle w:val="TableParagraph"/>
              <w:spacing w:before="64" w:line="266" w:lineRule="auto"/>
              <w:ind w:left="0" w:right="529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lastRenderedPageBreak/>
              <w:t>Русская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плясова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я</w:t>
            </w:r>
            <w:r w:rsidRPr="009510BA">
              <w:rPr>
                <w:spacing w:val="-1"/>
                <w:w w:val="105"/>
                <w:sz w:val="18"/>
                <w:szCs w:val="18"/>
              </w:rPr>
              <w:t>"</w:t>
            </w:r>
            <w:proofErr w:type="gramEnd"/>
            <w:r w:rsidRPr="009510BA">
              <w:rPr>
                <w:spacing w:val="-1"/>
                <w:w w:val="105"/>
                <w:sz w:val="18"/>
                <w:szCs w:val="18"/>
              </w:rPr>
              <w:t>Барыня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>"</w:t>
            </w:r>
          </w:p>
        </w:tc>
        <w:tc>
          <w:tcPr>
            <w:tcW w:w="86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10.10.2022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23.10.2022</w:t>
            </w:r>
          </w:p>
        </w:tc>
        <w:tc>
          <w:tcPr>
            <w:tcW w:w="1586" w:type="dxa"/>
            <w:gridSpan w:val="2"/>
          </w:tcPr>
          <w:p w:rsidR="00587BF8" w:rsidRPr="009510BA" w:rsidRDefault="00587BF8" w:rsidP="009510BA">
            <w:pPr>
              <w:pStyle w:val="TableParagraph"/>
              <w:spacing w:before="64" w:line="266" w:lineRule="auto"/>
              <w:ind w:left="73" w:right="278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Слушание одних и тех же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произведений в исполнении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lastRenderedPageBreak/>
              <w:t>разных музыкантов, оценка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особенностей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интерпретации</w:t>
            </w:r>
          </w:p>
        </w:tc>
        <w:tc>
          <w:tcPr>
            <w:tcW w:w="1255" w:type="dxa"/>
            <w:gridSpan w:val="2"/>
          </w:tcPr>
          <w:p w:rsidR="00587BF8" w:rsidRPr="009510BA" w:rsidRDefault="00587BF8" w:rsidP="009510BA">
            <w:pPr>
              <w:pStyle w:val="TableParagraph"/>
              <w:spacing w:before="64" w:line="266" w:lineRule="auto"/>
              <w:ind w:left="0" w:right="49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lastRenderedPageBreak/>
              <w:t>Контрольная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работа;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Тестирование;</w:t>
            </w:r>
          </w:p>
        </w:tc>
        <w:tc>
          <w:tcPr>
            <w:tcW w:w="2156" w:type="dxa"/>
            <w:gridSpan w:val="2"/>
          </w:tcPr>
          <w:p w:rsidR="00587BF8" w:rsidRPr="009510BA" w:rsidRDefault="00230673" w:rsidP="00B43EE5">
            <w:pPr>
              <w:pStyle w:val="TableParagraph"/>
              <w:spacing w:before="64"/>
              <w:ind w:left="72"/>
              <w:rPr>
                <w:w w:val="105"/>
                <w:sz w:val="18"/>
                <w:szCs w:val="18"/>
              </w:rPr>
            </w:pPr>
            <w:hyperlink r:id="rId8">
              <w:r w:rsidR="00587BF8" w:rsidRPr="009510BA">
                <w:rPr>
                  <w:w w:val="105"/>
                  <w:sz w:val="18"/>
                  <w:szCs w:val="18"/>
                </w:rPr>
                <w:t>http://musicteachers.</w:t>
              </w:r>
            </w:hyperlink>
          </w:p>
          <w:p w:rsidR="00F84FB0" w:rsidRPr="009510BA" w:rsidRDefault="00F84FB0" w:rsidP="00B43EE5">
            <w:pPr>
              <w:pStyle w:val="TableParagraph"/>
              <w:spacing w:before="64"/>
              <w:ind w:left="72"/>
              <w:rPr>
                <w:sz w:val="18"/>
                <w:szCs w:val="18"/>
              </w:rPr>
            </w:pPr>
            <w:r w:rsidRPr="009510BA">
              <w:rPr>
                <w:color w:val="000000"/>
                <w:w w:val="97"/>
                <w:sz w:val="18"/>
                <w:szCs w:val="18"/>
              </w:rPr>
              <w:t xml:space="preserve"> РЭШ https://resh.edu.ru/subject/lesson/7431/start/291880/</w:t>
            </w:r>
          </w:p>
        </w:tc>
      </w:tr>
      <w:tr w:rsidR="00587BF8" w:rsidRPr="00AF1C03" w:rsidTr="009510BA">
        <w:trPr>
          <w:trHeight w:val="315"/>
        </w:trPr>
        <w:tc>
          <w:tcPr>
            <w:tcW w:w="1872" w:type="dxa"/>
            <w:gridSpan w:val="6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lastRenderedPageBreak/>
              <w:t>Итого</w:t>
            </w:r>
            <w:r w:rsidR="006F148C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по</w:t>
            </w:r>
            <w:r w:rsidR="006F148C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модулю</w:t>
            </w:r>
          </w:p>
        </w:tc>
        <w:tc>
          <w:tcPr>
            <w:tcW w:w="33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4</w:t>
            </w:r>
          </w:p>
        </w:tc>
        <w:tc>
          <w:tcPr>
            <w:tcW w:w="13284" w:type="dxa"/>
            <w:gridSpan w:val="18"/>
          </w:tcPr>
          <w:p w:rsidR="00587BF8" w:rsidRPr="009510BA" w:rsidRDefault="00587BF8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587BF8" w:rsidRPr="00AF1C03" w:rsidTr="00580772">
        <w:trPr>
          <w:trHeight w:val="315"/>
        </w:trPr>
        <w:tc>
          <w:tcPr>
            <w:tcW w:w="15489" w:type="dxa"/>
            <w:gridSpan w:val="26"/>
          </w:tcPr>
          <w:p w:rsidR="006F148C" w:rsidRPr="009510BA" w:rsidRDefault="00587BF8" w:rsidP="006F148C">
            <w:pPr>
              <w:pStyle w:val="TableParagraph"/>
              <w:spacing w:before="64"/>
              <w:rPr>
                <w:b/>
                <w:w w:val="105"/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>Модуль3.</w:t>
            </w:r>
            <w:r w:rsidRPr="009510BA">
              <w:rPr>
                <w:b/>
                <w:spacing w:val="-1"/>
                <w:w w:val="105"/>
                <w:sz w:val="18"/>
                <w:szCs w:val="18"/>
              </w:rPr>
              <w:t>Европейская</w:t>
            </w:r>
            <w:r w:rsidRPr="009510BA">
              <w:rPr>
                <w:b/>
                <w:w w:val="105"/>
                <w:sz w:val="18"/>
                <w:szCs w:val="18"/>
              </w:rPr>
              <w:t>классическаямузыка</w:t>
            </w:r>
          </w:p>
        </w:tc>
      </w:tr>
      <w:tr w:rsidR="00587BF8" w:rsidRPr="00AF1C03" w:rsidTr="009510BA">
        <w:trPr>
          <w:trHeight w:val="2246"/>
        </w:trPr>
        <w:tc>
          <w:tcPr>
            <w:tcW w:w="39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3.1.</w:t>
            </w:r>
          </w:p>
        </w:tc>
        <w:tc>
          <w:tcPr>
            <w:tcW w:w="1479" w:type="dxa"/>
            <w:gridSpan w:val="4"/>
          </w:tcPr>
          <w:p w:rsidR="00587BF8" w:rsidRPr="009510BA" w:rsidRDefault="009510BA" w:rsidP="009510BA">
            <w:pPr>
              <w:pStyle w:val="TableParagraph"/>
              <w:spacing w:before="64" w:line="266" w:lineRule="auto"/>
              <w:ind w:left="0" w:right="190"/>
              <w:jc w:val="center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>Национальн</w:t>
            </w:r>
            <w:r w:rsidR="00587BF8" w:rsidRPr="009510BA">
              <w:rPr>
                <w:spacing w:val="-1"/>
                <w:w w:val="105"/>
                <w:sz w:val="18"/>
                <w:szCs w:val="18"/>
              </w:rPr>
              <w:t>ые</w:t>
            </w:r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истоки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классической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музыки</w:t>
            </w:r>
          </w:p>
        </w:tc>
        <w:tc>
          <w:tcPr>
            <w:tcW w:w="33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0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Л.Бетховен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.«</w:t>
            </w:r>
            <w:proofErr w:type="spellStart"/>
            <w:proofErr w:type="gramEnd"/>
            <w:r w:rsidRPr="009510BA">
              <w:rPr>
                <w:w w:val="105"/>
                <w:sz w:val="18"/>
                <w:szCs w:val="18"/>
              </w:rPr>
              <w:t>Элизе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»;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Р.Шуман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.«</w:t>
            </w:r>
            <w:proofErr w:type="spellStart"/>
            <w:proofErr w:type="gramEnd"/>
            <w:r w:rsidRPr="009510BA">
              <w:rPr>
                <w:w w:val="105"/>
                <w:sz w:val="18"/>
                <w:szCs w:val="18"/>
              </w:rPr>
              <w:t>Грезы»изсб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«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Детскиесцены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»;</w:t>
            </w:r>
          </w:p>
          <w:p w:rsidR="00587BF8" w:rsidRPr="009510BA" w:rsidRDefault="00587BF8" w:rsidP="00B43EE5">
            <w:pPr>
              <w:pStyle w:val="TableParagraph"/>
              <w:spacing w:before="19" w:line="266" w:lineRule="auto"/>
              <w:ind w:left="75" w:right="353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И. Гайдн. Детская симфония,симфония№94«Сюрприз»(2часть);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5" w:right="317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В.Моцарт</w:t>
            </w:r>
            <w:proofErr w:type="gramStart"/>
            <w:r w:rsidRPr="009510BA">
              <w:rPr>
                <w:spacing w:val="-1"/>
                <w:w w:val="105"/>
                <w:sz w:val="18"/>
                <w:szCs w:val="18"/>
              </w:rPr>
              <w:t>.</w:t>
            </w:r>
            <w:r w:rsidRPr="009510BA">
              <w:rPr>
                <w:w w:val="105"/>
                <w:sz w:val="18"/>
                <w:szCs w:val="18"/>
              </w:rPr>
              <w:t>С</w:t>
            </w:r>
            <w:proofErr w:type="gramEnd"/>
            <w:r w:rsidRPr="009510BA">
              <w:rPr>
                <w:w w:val="105"/>
                <w:sz w:val="18"/>
                <w:szCs w:val="18"/>
              </w:rPr>
              <w:t>юита«Маленькаяночнаямузыка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».(7часть</w:t>
            </w:r>
          </w:p>
          <w:p w:rsidR="00587BF8" w:rsidRPr="009510BA" w:rsidRDefault="00587BF8" w:rsidP="00B43EE5">
            <w:pPr>
              <w:pStyle w:val="TableParagraph"/>
              <w:spacing w:before="1"/>
              <w:ind w:left="75"/>
              <w:rPr>
                <w:sz w:val="18"/>
                <w:szCs w:val="18"/>
              </w:rPr>
            </w:pPr>
            <w:proofErr w:type="gramStart"/>
            <w:r w:rsidRPr="009510BA">
              <w:rPr>
                <w:w w:val="105"/>
                <w:sz w:val="18"/>
                <w:szCs w:val="18"/>
              </w:rPr>
              <w:t>«Рондо»);</w:t>
            </w:r>
            <w:proofErr w:type="gramEnd"/>
          </w:p>
        </w:tc>
        <w:tc>
          <w:tcPr>
            <w:tcW w:w="1451" w:type="dxa"/>
            <w:gridSpan w:val="3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131"/>
              <w:rPr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Б.Савельев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сл.Л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Жигалкиной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</w:p>
          <w:p w:rsidR="00587BF8" w:rsidRPr="009510BA" w:rsidRDefault="00587BF8" w:rsidP="00B43EE5">
            <w:pPr>
              <w:pStyle w:val="TableParagraph"/>
              <w:spacing w:before="2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Большой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хоровод;</w:t>
            </w:r>
          </w:p>
        </w:tc>
        <w:tc>
          <w:tcPr>
            <w:tcW w:w="1260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283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 xml:space="preserve">А. </w:t>
            </w: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Вивальди</w:t>
            </w:r>
            <w:proofErr w:type="gramStart"/>
            <w:r w:rsidRPr="009510BA">
              <w:rPr>
                <w:spacing w:val="-1"/>
                <w:w w:val="105"/>
                <w:sz w:val="18"/>
                <w:szCs w:val="18"/>
              </w:rPr>
              <w:t>.</w:t>
            </w:r>
            <w:r w:rsidRPr="009510BA">
              <w:rPr>
                <w:w w:val="105"/>
                <w:sz w:val="18"/>
                <w:szCs w:val="18"/>
              </w:rPr>
              <w:t>К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онцерт</w:t>
            </w:r>
            <w:proofErr w:type="spellEnd"/>
          </w:p>
          <w:p w:rsidR="00587BF8" w:rsidRPr="009510BA" w:rsidRDefault="00587BF8" w:rsidP="00B43EE5">
            <w:pPr>
              <w:pStyle w:val="TableParagraph"/>
              <w:spacing w:before="2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«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Временагода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</w:t>
            </w:r>
          </w:p>
        </w:tc>
        <w:tc>
          <w:tcPr>
            <w:tcW w:w="863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24.10.2022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06.11.2022</w:t>
            </w:r>
          </w:p>
        </w:tc>
        <w:tc>
          <w:tcPr>
            <w:tcW w:w="1709" w:type="dxa"/>
            <w:gridSpan w:val="3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3" w:right="119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Знакомство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образцами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разных жанров, типичных для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рассматриваемых национальных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стилей, творчества изучаемых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композиторов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.;</w:t>
            </w:r>
            <w:proofErr w:type="gramEnd"/>
          </w:p>
          <w:p w:rsidR="00587BF8" w:rsidRPr="009510BA" w:rsidRDefault="00587BF8" w:rsidP="00B43EE5">
            <w:pPr>
              <w:pStyle w:val="TableParagraph"/>
              <w:spacing w:before="4" w:line="266" w:lineRule="auto"/>
              <w:ind w:left="73" w:right="366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Разучивание, исполнение не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менее одного вокального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произведения, сочинённого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композитором-классиком (из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 xml:space="preserve">числа 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изучаемых</w:t>
            </w:r>
            <w:proofErr w:type="gramEnd"/>
            <w:r w:rsidRPr="009510BA">
              <w:rPr>
                <w:w w:val="105"/>
                <w:sz w:val="18"/>
                <w:szCs w:val="18"/>
              </w:rPr>
              <w:t xml:space="preserve"> в данном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разделе).;</w:t>
            </w:r>
          </w:p>
        </w:tc>
        <w:tc>
          <w:tcPr>
            <w:tcW w:w="1132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2" w:right="242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Устный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опрос;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Творческие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задания;</w:t>
            </w:r>
          </w:p>
        </w:tc>
        <w:tc>
          <w:tcPr>
            <w:tcW w:w="2156" w:type="dxa"/>
            <w:gridSpan w:val="2"/>
          </w:tcPr>
          <w:p w:rsidR="00587BF8" w:rsidRPr="009510BA" w:rsidRDefault="0033364C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  <w:r w:rsidRPr="009510BA">
              <w:rPr>
                <w:sz w:val="18"/>
                <w:szCs w:val="18"/>
              </w:rPr>
              <w:t>https://resh.edu.ru/</w:t>
            </w:r>
          </w:p>
        </w:tc>
      </w:tr>
    </w:tbl>
    <w:p w:rsidR="00587BF8" w:rsidRPr="00AF1C03" w:rsidRDefault="00587BF8" w:rsidP="00587BF8">
      <w:pPr>
        <w:rPr>
          <w:rFonts w:ascii="Times New Roman" w:hAnsi="Times New Roman" w:cs="Times New Roman"/>
          <w:sz w:val="14"/>
          <w:lang w:val="ru-RU"/>
        </w:rPr>
        <w:sectPr w:rsidR="00587BF8" w:rsidRPr="00AF1C03" w:rsidSect="006F148C">
          <w:pgSz w:w="16839" w:h="11907" w:orient="landscape" w:code="9"/>
          <w:pgMar w:top="580" w:right="540" w:bottom="280" w:left="560" w:header="720" w:footer="720" w:gutter="0"/>
          <w:cols w:space="720"/>
        </w:sectPr>
      </w:pPr>
    </w:p>
    <w:tbl>
      <w:tblPr>
        <w:tblW w:w="15505" w:type="dxa"/>
        <w:tblInd w:w="-7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285"/>
        <w:gridCol w:w="214"/>
        <w:gridCol w:w="315"/>
        <w:gridCol w:w="1105"/>
        <w:gridCol w:w="1141"/>
        <w:gridCol w:w="2474"/>
        <w:gridCol w:w="1453"/>
        <w:gridCol w:w="1261"/>
        <w:gridCol w:w="865"/>
        <w:gridCol w:w="2402"/>
        <w:gridCol w:w="1117"/>
        <w:gridCol w:w="1477"/>
      </w:tblGrid>
      <w:tr w:rsidR="00587BF8" w:rsidRPr="00AF1C03" w:rsidTr="006F148C">
        <w:trPr>
          <w:trHeight w:val="4367"/>
        </w:trPr>
        <w:tc>
          <w:tcPr>
            <w:tcW w:w="396" w:type="dxa"/>
          </w:tcPr>
          <w:p w:rsidR="00587BF8" w:rsidRPr="009510BA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1285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right="382"/>
              <w:rPr>
                <w:sz w:val="18"/>
                <w:szCs w:val="18"/>
              </w:rPr>
            </w:pPr>
            <w:r w:rsidRPr="009510BA">
              <w:rPr>
                <w:spacing w:val="-2"/>
                <w:w w:val="105"/>
                <w:sz w:val="18"/>
                <w:szCs w:val="18"/>
              </w:rPr>
              <w:t xml:space="preserve">Музыкант </w:t>
            </w:r>
            <w:r w:rsidRPr="009510BA">
              <w:rPr>
                <w:spacing w:val="-1"/>
                <w:w w:val="105"/>
                <w:sz w:val="18"/>
                <w:szCs w:val="18"/>
              </w:rPr>
              <w:t>и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публика</w:t>
            </w:r>
          </w:p>
        </w:tc>
        <w:tc>
          <w:tcPr>
            <w:tcW w:w="529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4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5" w:right="343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В.Моцарт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.С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имфония№40(1часть);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5" w:right="317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В.Моцарт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>.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Сюита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«М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аленькая</w:t>
            </w:r>
            <w:proofErr w:type="spellEnd"/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ночная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музыка».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(7часть</w:t>
            </w:r>
          </w:p>
          <w:p w:rsidR="00587BF8" w:rsidRPr="009510BA" w:rsidRDefault="00587BF8" w:rsidP="00B43EE5">
            <w:pPr>
              <w:pStyle w:val="TableParagraph"/>
              <w:spacing w:before="1" w:line="266" w:lineRule="auto"/>
              <w:ind w:left="75" w:right="166"/>
              <w:rPr>
                <w:sz w:val="18"/>
                <w:szCs w:val="18"/>
              </w:rPr>
            </w:pPr>
            <w:proofErr w:type="gramStart"/>
            <w:r w:rsidRPr="009510BA">
              <w:rPr>
                <w:w w:val="105"/>
                <w:sz w:val="18"/>
                <w:szCs w:val="18"/>
              </w:rPr>
              <w:t xml:space="preserve">«Рондо»); 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В. Моцарт.</w:t>
            </w:r>
            <w:proofErr w:type="gramEnd"/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Колыбельная.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 xml:space="preserve"> Весенняя. Детские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игры;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5" w:right="376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Н. Паганини Кампанелла.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Каприс№ 24; Неаполитанская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песенка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«Санта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Лючия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»;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5" w:right="434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Ф.Лист</w:t>
            </w:r>
            <w:proofErr w:type="spellEnd"/>
            <w:proofErr w:type="gramStart"/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.</w:t>
            </w:r>
            <w:proofErr w:type="gramEnd"/>
            <w:r w:rsidRPr="009510BA">
              <w:rPr>
                <w:w w:val="105"/>
                <w:sz w:val="18"/>
                <w:szCs w:val="18"/>
              </w:rPr>
              <w:t>«Венгерский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марш»</w:t>
            </w:r>
            <w:r w:rsidRPr="009510BA">
              <w:rPr>
                <w:spacing w:val="-1"/>
                <w:w w:val="105"/>
                <w:sz w:val="18"/>
                <w:szCs w:val="18"/>
              </w:rPr>
              <w:t>(</w:t>
            </w: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Ракоци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 xml:space="preserve">-марш); </w:t>
            </w:r>
            <w:r w:rsidRPr="009510BA">
              <w:rPr>
                <w:w w:val="105"/>
                <w:sz w:val="18"/>
                <w:szCs w:val="18"/>
              </w:rPr>
              <w:t>Венгерский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народный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танец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«Чардаш»;</w:t>
            </w:r>
          </w:p>
        </w:tc>
        <w:tc>
          <w:tcPr>
            <w:tcW w:w="1453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241"/>
              <w:rPr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А.Имаева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,с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л.Р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Валиевой.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4" w:right="257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 xml:space="preserve">Прекрасна </w:t>
            </w:r>
            <w:r w:rsidRPr="009510BA">
              <w:rPr>
                <w:w w:val="105"/>
                <w:sz w:val="18"/>
                <w:szCs w:val="18"/>
              </w:rPr>
              <w:t>наша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земля;</w:t>
            </w:r>
          </w:p>
          <w:p w:rsidR="00587BF8" w:rsidRPr="009510BA" w:rsidRDefault="00587BF8" w:rsidP="00B43EE5">
            <w:pPr>
              <w:pStyle w:val="TableParagraph"/>
              <w:spacing w:before="1" w:line="266" w:lineRule="auto"/>
              <w:ind w:left="74" w:right="154"/>
              <w:rPr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Х.Ахметов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,с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л.Р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Янбулатовой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 xml:space="preserve">.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Ах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,У</w:t>
            </w:r>
            <w:proofErr w:type="gramEnd"/>
            <w:r w:rsidRPr="009510BA">
              <w:rPr>
                <w:w w:val="105"/>
                <w:sz w:val="18"/>
                <w:szCs w:val="18"/>
              </w:rPr>
              <w:t>фа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, мой город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дорогой;</w:t>
            </w:r>
          </w:p>
        </w:tc>
        <w:tc>
          <w:tcPr>
            <w:tcW w:w="1261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12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И. Штраус. На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прекрасном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2"/>
                <w:w w:val="105"/>
                <w:sz w:val="18"/>
                <w:szCs w:val="18"/>
              </w:rPr>
              <w:t xml:space="preserve">голубом </w:t>
            </w:r>
            <w:r w:rsidRPr="009510BA">
              <w:rPr>
                <w:spacing w:val="-1"/>
                <w:w w:val="105"/>
                <w:sz w:val="18"/>
                <w:szCs w:val="18"/>
              </w:rPr>
              <w:t>Дунае</w:t>
            </w:r>
            <w:proofErr w:type="gramStart"/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.</w:t>
            </w:r>
            <w:proofErr w:type="gramEnd"/>
            <w:r w:rsidRPr="009510BA">
              <w:rPr>
                <w:w w:val="105"/>
                <w:sz w:val="18"/>
                <w:szCs w:val="18"/>
              </w:rPr>
              <w:t>Сказки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Венского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леса.</w:t>
            </w:r>
          </w:p>
        </w:tc>
        <w:tc>
          <w:tcPr>
            <w:tcW w:w="865" w:type="dxa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07.11.2022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4"/>
              <w:rPr>
                <w:sz w:val="18"/>
                <w:szCs w:val="18"/>
              </w:rPr>
            </w:pPr>
            <w:r w:rsidRPr="009510BA">
              <w:rPr>
                <w:w w:val="105"/>
                <w:sz w:val="16"/>
                <w:szCs w:val="16"/>
              </w:rPr>
              <w:t>20.11.2022</w:t>
            </w:r>
          </w:p>
        </w:tc>
        <w:tc>
          <w:tcPr>
            <w:tcW w:w="2402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3" w:right="684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>Знакомство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образцами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виртуозной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музыки.</w:t>
            </w:r>
          </w:p>
          <w:p w:rsidR="00587BF8" w:rsidRPr="009510BA" w:rsidRDefault="00587BF8" w:rsidP="00B43EE5">
            <w:pPr>
              <w:pStyle w:val="TableParagraph"/>
              <w:spacing w:before="2" w:line="266" w:lineRule="auto"/>
              <w:ind w:left="73" w:right="251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Размышление над фактами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биографий великих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музыкантов — как любимцев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 xml:space="preserve">публики, так и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непóнятых</w:t>
            </w:r>
            <w:proofErr w:type="spellEnd"/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современниками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.;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gramEnd"/>
            <w:r w:rsidRPr="009510BA">
              <w:rPr>
                <w:spacing w:val="-1"/>
                <w:w w:val="105"/>
                <w:sz w:val="18"/>
                <w:szCs w:val="18"/>
              </w:rPr>
              <w:t>Определение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на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слух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мелодий,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интонаций,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ритмов,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элементов</w:t>
            </w:r>
          </w:p>
          <w:p w:rsidR="00587BF8" w:rsidRPr="009510BA" w:rsidRDefault="00160DC5" w:rsidP="00B43EE5">
            <w:pPr>
              <w:pStyle w:val="TableParagraph"/>
              <w:spacing w:before="4" w:line="266" w:lineRule="auto"/>
              <w:ind w:left="73" w:right="184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>М</w:t>
            </w:r>
            <w:r w:rsidR="00587BF8" w:rsidRPr="009510BA">
              <w:rPr>
                <w:spacing w:val="-1"/>
                <w:w w:val="105"/>
                <w:sz w:val="18"/>
                <w:szCs w:val="18"/>
              </w:rPr>
              <w:t>узыкального</w:t>
            </w:r>
            <w:r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spacing w:val="-1"/>
                <w:w w:val="105"/>
                <w:sz w:val="18"/>
                <w:szCs w:val="18"/>
              </w:rPr>
              <w:t>языка</w:t>
            </w:r>
            <w:r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изучаемых</w:t>
            </w:r>
            <w:r w:rsidRPr="009510BA">
              <w:rPr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классических произведений,</w:t>
            </w:r>
            <w:r w:rsidRPr="009510BA">
              <w:rPr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>умение напеть их, наиболее</w:t>
            </w:r>
            <w:r w:rsidRPr="009510BA">
              <w:rPr>
                <w:w w:val="105"/>
                <w:sz w:val="18"/>
                <w:szCs w:val="18"/>
              </w:rPr>
              <w:t xml:space="preserve"> </w:t>
            </w:r>
            <w:r w:rsidR="00587BF8" w:rsidRPr="009510BA">
              <w:rPr>
                <w:w w:val="105"/>
                <w:sz w:val="18"/>
                <w:szCs w:val="18"/>
              </w:rPr>
              <w:t xml:space="preserve">яркие </w:t>
            </w:r>
            <w:proofErr w:type="spellStart"/>
            <w:r w:rsidR="00587BF8" w:rsidRPr="009510BA">
              <w:rPr>
                <w:w w:val="105"/>
                <w:sz w:val="18"/>
                <w:szCs w:val="18"/>
              </w:rPr>
              <w:t>ритмо</w:t>
            </w:r>
            <w:proofErr w:type="spellEnd"/>
            <w:r w:rsidR="00587BF8" w:rsidRPr="009510BA">
              <w:rPr>
                <w:w w:val="105"/>
                <w:sz w:val="18"/>
                <w:szCs w:val="18"/>
              </w:rPr>
              <w:t>-интонации.</w:t>
            </w:r>
            <w:r w:rsidRPr="009510BA">
              <w:rPr>
                <w:w w:val="105"/>
                <w:sz w:val="18"/>
                <w:szCs w:val="18"/>
              </w:rPr>
              <w:t xml:space="preserve"> </w:t>
            </w:r>
            <w:proofErr w:type="gramStart"/>
            <w:r w:rsidR="00587BF8" w:rsidRPr="009510BA">
              <w:rPr>
                <w:w w:val="105"/>
                <w:sz w:val="18"/>
                <w:szCs w:val="18"/>
              </w:rPr>
              <w:t>;М</w:t>
            </w:r>
            <w:proofErr w:type="gramEnd"/>
            <w:r w:rsidR="00587BF8" w:rsidRPr="009510BA">
              <w:rPr>
                <w:w w:val="105"/>
                <w:sz w:val="18"/>
                <w:szCs w:val="18"/>
              </w:rPr>
              <w:t xml:space="preserve">узыкальная викторина </w:t>
            </w:r>
            <w:proofErr w:type="spellStart"/>
            <w:r w:rsidR="00587BF8" w:rsidRPr="009510BA">
              <w:rPr>
                <w:w w:val="105"/>
                <w:sz w:val="18"/>
                <w:szCs w:val="18"/>
              </w:rPr>
              <w:t>назнание</w:t>
            </w:r>
            <w:proofErr w:type="spellEnd"/>
            <w:r w:rsidR="00587BF8" w:rsidRPr="009510BA">
              <w:rPr>
                <w:w w:val="105"/>
                <w:sz w:val="18"/>
                <w:szCs w:val="18"/>
              </w:rPr>
              <w:t xml:space="preserve"> музыки, названий </w:t>
            </w:r>
            <w:proofErr w:type="spellStart"/>
            <w:r w:rsidR="00587BF8" w:rsidRPr="009510BA">
              <w:rPr>
                <w:w w:val="105"/>
                <w:sz w:val="18"/>
                <w:szCs w:val="18"/>
              </w:rPr>
              <w:t>иавторов</w:t>
            </w:r>
            <w:proofErr w:type="spellEnd"/>
            <w:r w:rsidR="00587BF8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587BF8" w:rsidRPr="009510BA">
              <w:rPr>
                <w:w w:val="105"/>
                <w:sz w:val="18"/>
                <w:szCs w:val="18"/>
              </w:rPr>
              <w:t>изученныхпроизведений</w:t>
            </w:r>
            <w:proofErr w:type="spellEnd"/>
            <w:r w:rsidR="00587BF8" w:rsidRPr="009510BA">
              <w:rPr>
                <w:w w:val="105"/>
                <w:sz w:val="18"/>
                <w:szCs w:val="18"/>
              </w:rPr>
              <w:t>.;</w:t>
            </w:r>
          </w:p>
          <w:p w:rsidR="00587BF8" w:rsidRPr="009510BA" w:rsidRDefault="00587BF8" w:rsidP="00B43EE5">
            <w:pPr>
              <w:pStyle w:val="TableParagraph"/>
              <w:spacing w:before="5" w:line="266" w:lineRule="auto"/>
              <w:ind w:left="73" w:right="118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Знание и соблюдение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общепринятых норм слушания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музыки, правил поведения в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концертном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зале,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театре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оперы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балета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.;</w:t>
            </w:r>
            <w:proofErr w:type="gramEnd"/>
          </w:p>
        </w:tc>
        <w:tc>
          <w:tcPr>
            <w:tcW w:w="1117" w:type="dxa"/>
          </w:tcPr>
          <w:p w:rsidR="00587BF8" w:rsidRPr="00AF1C03" w:rsidRDefault="00587BF8" w:rsidP="00B43EE5">
            <w:pPr>
              <w:pStyle w:val="TableParagraph"/>
              <w:spacing w:before="64" w:line="266" w:lineRule="auto"/>
              <w:ind w:left="72" w:right="242"/>
              <w:rPr>
                <w:sz w:val="15"/>
              </w:rPr>
            </w:pPr>
            <w:proofErr w:type="spellStart"/>
            <w:r w:rsidRPr="00AF1C03">
              <w:rPr>
                <w:spacing w:val="-1"/>
                <w:w w:val="105"/>
                <w:sz w:val="15"/>
              </w:rPr>
              <w:t>Творческие</w:t>
            </w:r>
            <w:r w:rsidRPr="00AF1C03">
              <w:rPr>
                <w:w w:val="105"/>
                <w:sz w:val="15"/>
              </w:rPr>
              <w:t>задания</w:t>
            </w:r>
            <w:proofErr w:type="spellEnd"/>
            <w:r w:rsidRPr="00AF1C03">
              <w:rPr>
                <w:w w:val="105"/>
                <w:sz w:val="15"/>
              </w:rPr>
              <w:t>;</w:t>
            </w:r>
          </w:p>
        </w:tc>
        <w:tc>
          <w:tcPr>
            <w:tcW w:w="1477" w:type="dxa"/>
          </w:tcPr>
          <w:p w:rsidR="00587BF8" w:rsidRPr="00AF1C03" w:rsidRDefault="0052761A" w:rsidP="00B43EE5">
            <w:pPr>
              <w:pStyle w:val="TableParagraph"/>
              <w:spacing w:before="0"/>
              <w:ind w:left="0"/>
              <w:rPr>
                <w:sz w:val="14"/>
              </w:rPr>
            </w:pPr>
            <w:r w:rsidRPr="00AF1C03">
              <w:rPr>
                <w:sz w:val="14"/>
              </w:rPr>
              <w:t>https://videouroki.net</w:t>
            </w:r>
          </w:p>
        </w:tc>
      </w:tr>
      <w:tr w:rsidR="00587BF8" w:rsidRPr="00AF1C03" w:rsidTr="006F148C">
        <w:trPr>
          <w:trHeight w:val="333"/>
        </w:trPr>
        <w:tc>
          <w:tcPr>
            <w:tcW w:w="1681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Итого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модулю</w:t>
            </w:r>
          </w:p>
        </w:tc>
        <w:tc>
          <w:tcPr>
            <w:tcW w:w="529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4</w:t>
            </w:r>
          </w:p>
        </w:tc>
        <w:tc>
          <w:tcPr>
            <w:tcW w:w="13295" w:type="dxa"/>
            <w:gridSpan w:val="9"/>
          </w:tcPr>
          <w:p w:rsidR="00587BF8" w:rsidRPr="009510BA" w:rsidRDefault="00587BF8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587BF8" w:rsidRPr="00230673" w:rsidTr="006F148C">
        <w:trPr>
          <w:trHeight w:val="333"/>
        </w:trPr>
        <w:tc>
          <w:tcPr>
            <w:tcW w:w="15505" w:type="dxa"/>
            <w:gridSpan w:val="13"/>
          </w:tcPr>
          <w:p w:rsidR="00587BF8" w:rsidRPr="009510BA" w:rsidRDefault="00587BF8" w:rsidP="00B43EE5">
            <w:pPr>
              <w:pStyle w:val="TableParagraph"/>
              <w:spacing w:before="64"/>
              <w:rPr>
                <w:b/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Модуль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4</w:t>
            </w:r>
            <w:proofErr w:type="gramEnd"/>
            <w:r w:rsidRPr="009510BA">
              <w:rPr>
                <w:w w:val="105"/>
                <w:sz w:val="18"/>
                <w:szCs w:val="18"/>
              </w:rPr>
              <w:t>.</w:t>
            </w:r>
            <w:r w:rsidRPr="009510BA">
              <w:rPr>
                <w:b/>
                <w:w w:val="105"/>
                <w:sz w:val="18"/>
                <w:szCs w:val="18"/>
              </w:rPr>
              <w:t>Связь</w:t>
            </w:r>
            <w:r w:rsidR="009510BA">
              <w:rPr>
                <w:b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b/>
                <w:w w:val="105"/>
                <w:sz w:val="18"/>
                <w:szCs w:val="18"/>
              </w:rPr>
              <w:t>музыки</w:t>
            </w:r>
            <w:r w:rsidR="009510BA">
              <w:rPr>
                <w:b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b/>
                <w:w w:val="105"/>
                <w:sz w:val="18"/>
                <w:szCs w:val="18"/>
              </w:rPr>
              <w:t>с</w:t>
            </w:r>
            <w:r w:rsidR="009510BA">
              <w:rPr>
                <w:b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b/>
                <w:w w:val="105"/>
                <w:sz w:val="18"/>
                <w:szCs w:val="18"/>
              </w:rPr>
              <w:t>другими</w:t>
            </w:r>
            <w:r w:rsidR="009510BA">
              <w:rPr>
                <w:b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b/>
                <w:w w:val="105"/>
                <w:sz w:val="18"/>
                <w:szCs w:val="18"/>
              </w:rPr>
              <w:t>видами</w:t>
            </w:r>
            <w:r w:rsidR="009510BA">
              <w:rPr>
                <w:b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b/>
                <w:w w:val="105"/>
                <w:sz w:val="18"/>
                <w:szCs w:val="18"/>
              </w:rPr>
              <w:t>искусства</w:t>
            </w:r>
          </w:p>
        </w:tc>
      </w:tr>
      <w:tr w:rsidR="00587BF8" w:rsidRPr="009510BA" w:rsidTr="009510BA">
        <w:trPr>
          <w:trHeight w:val="2446"/>
        </w:trPr>
        <w:tc>
          <w:tcPr>
            <w:tcW w:w="396" w:type="dxa"/>
          </w:tcPr>
          <w:p w:rsidR="00587BF8" w:rsidRPr="009510BA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lastRenderedPageBreak/>
              <w:t>4.1.</w:t>
            </w:r>
          </w:p>
        </w:tc>
        <w:tc>
          <w:tcPr>
            <w:tcW w:w="1499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right="437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Музыка 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литература</w:t>
            </w:r>
          </w:p>
        </w:tc>
        <w:tc>
          <w:tcPr>
            <w:tcW w:w="315" w:type="dxa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4" w:type="dxa"/>
          </w:tcPr>
          <w:p w:rsidR="009510BA" w:rsidRDefault="00587BF8" w:rsidP="00B43EE5">
            <w:pPr>
              <w:pStyle w:val="TableParagraph"/>
              <w:spacing w:before="64" w:line="266" w:lineRule="auto"/>
              <w:ind w:left="75" w:right="527"/>
              <w:rPr>
                <w:w w:val="105"/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П. И. Чайковский. «Финал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симфонии №4» (фрагмент)</w:t>
            </w:r>
            <w:proofErr w:type="gramStart"/>
            <w:r w:rsidRPr="009510BA">
              <w:rPr>
                <w:spacing w:val="-1"/>
                <w:w w:val="105"/>
                <w:sz w:val="18"/>
                <w:szCs w:val="18"/>
              </w:rPr>
              <w:t>;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И</w:t>
            </w:r>
            <w:proofErr w:type="gramEnd"/>
            <w:r w:rsidRPr="009510BA">
              <w:rPr>
                <w:w w:val="105"/>
                <w:sz w:val="18"/>
                <w:szCs w:val="18"/>
              </w:rPr>
              <w:t>.Глинка</w:t>
            </w:r>
            <w:proofErr w:type="spellEnd"/>
          </w:p>
          <w:p w:rsidR="00587BF8" w:rsidRPr="009510BA" w:rsidRDefault="00587BF8" w:rsidP="00B43EE5">
            <w:pPr>
              <w:pStyle w:val="TableParagraph"/>
              <w:spacing w:before="64" w:line="266" w:lineRule="auto"/>
              <w:ind w:left="75" w:right="527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.«Жаворонок»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(1куплет).</w:t>
            </w:r>
          </w:p>
          <w:p w:rsidR="00587BF8" w:rsidRPr="009510BA" w:rsidRDefault="00587BF8" w:rsidP="00B43EE5">
            <w:pPr>
              <w:pStyle w:val="TableParagraph"/>
              <w:spacing w:before="3" w:line="266" w:lineRule="auto"/>
              <w:ind w:left="75" w:right="14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Русская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народная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песня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«Во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поле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берёза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стояла»;</w:t>
            </w:r>
          </w:p>
          <w:p w:rsidR="00587BF8" w:rsidRPr="009510BA" w:rsidRDefault="00587BF8" w:rsidP="00B43EE5">
            <w:pPr>
              <w:pStyle w:val="TableParagraph"/>
              <w:spacing w:before="1"/>
              <w:ind w:left="75"/>
              <w:rPr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М.Глинка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слова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Н.Кукольника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«Жаворонок»</w:t>
            </w:r>
          </w:p>
          <w:p w:rsidR="00587BF8" w:rsidRPr="009510BA" w:rsidRDefault="00587BF8" w:rsidP="00160DC5">
            <w:pPr>
              <w:pStyle w:val="TableParagraph"/>
              <w:spacing w:before="19" w:line="266" w:lineRule="auto"/>
              <w:ind w:left="75" w:right="119"/>
              <w:rPr>
                <w:w w:val="105"/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П.И.Чайковский</w:t>
            </w:r>
            <w:proofErr w:type="spellEnd"/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Вальс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из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балет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а"</w:t>
            </w:r>
            <w:proofErr w:type="gramEnd"/>
            <w:r w:rsidRPr="009510BA">
              <w:rPr>
                <w:w w:val="105"/>
                <w:sz w:val="18"/>
                <w:szCs w:val="18"/>
              </w:rPr>
              <w:t>Щелкунчик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"</w:t>
            </w:r>
          </w:p>
          <w:p w:rsidR="00587BF8" w:rsidRPr="009510BA" w:rsidRDefault="00587BF8" w:rsidP="00160DC5">
            <w:pPr>
              <w:pStyle w:val="TableParagraph"/>
              <w:spacing w:before="2" w:line="266" w:lineRule="auto"/>
              <w:ind w:left="75" w:right="59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Музыка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из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кинофильмов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телепередач.</w:t>
            </w:r>
          </w:p>
        </w:tc>
        <w:tc>
          <w:tcPr>
            <w:tcW w:w="1453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104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А.Якушева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 xml:space="preserve"> "Вечер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бродит"</w:t>
            </w:r>
          </w:p>
        </w:tc>
        <w:tc>
          <w:tcPr>
            <w:tcW w:w="1261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312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Вальс из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кинофильма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"Берегись</w:t>
            </w:r>
            <w:r w:rsid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автомобиля"</w:t>
            </w:r>
          </w:p>
        </w:tc>
        <w:tc>
          <w:tcPr>
            <w:tcW w:w="865" w:type="dxa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21.11.2022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11.12.2022</w:t>
            </w:r>
          </w:p>
        </w:tc>
        <w:tc>
          <w:tcPr>
            <w:tcW w:w="2402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3" w:right="73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Импровизация, сочинение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мелодий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на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основе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стихотворных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строк, сравнение своих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вариантов с мелодиями,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сочинёнными композиторам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и(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метод «Сочинение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сочинённого»).;</w:t>
            </w:r>
          </w:p>
          <w:p w:rsidR="00587BF8" w:rsidRPr="009510BA" w:rsidRDefault="00587BF8" w:rsidP="00B43EE5">
            <w:pPr>
              <w:pStyle w:val="TableParagraph"/>
              <w:spacing w:before="5" w:line="266" w:lineRule="auto"/>
              <w:ind w:left="73" w:right="76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Сочинение рассказа,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стихотворения под впечатлением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от восприятия</w:t>
            </w:r>
            <w:r w:rsidR="00160DC5" w:rsidRPr="009510BA">
              <w:rPr>
                <w:w w:val="105"/>
                <w:sz w:val="18"/>
                <w:szCs w:val="18"/>
              </w:rPr>
              <w:t xml:space="preserve"> инструменталь</w:t>
            </w:r>
            <w:r w:rsidRPr="009510BA">
              <w:rPr>
                <w:w w:val="105"/>
                <w:sz w:val="18"/>
                <w:szCs w:val="18"/>
              </w:rPr>
              <w:t>ного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музыкального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="009510BA">
              <w:rPr>
                <w:w w:val="105"/>
                <w:sz w:val="18"/>
                <w:szCs w:val="18"/>
              </w:rPr>
              <w:t>произведения.</w:t>
            </w:r>
          </w:p>
        </w:tc>
        <w:tc>
          <w:tcPr>
            <w:tcW w:w="1117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2" w:right="242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>Творческие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задания;</w:t>
            </w:r>
          </w:p>
        </w:tc>
        <w:tc>
          <w:tcPr>
            <w:tcW w:w="1477" w:type="dxa"/>
          </w:tcPr>
          <w:p w:rsidR="00587BF8" w:rsidRPr="009510BA" w:rsidRDefault="0052761A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  <w:r w:rsidRPr="009510BA">
              <w:rPr>
                <w:sz w:val="18"/>
                <w:szCs w:val="18"/>
              </w:rPr>
              <w:t>https://resh.edu.ru/</w:t>
            </w:r>
          </w:p>
        </w:tc>
      </w:tr>
      <w:tr w:rsidR="00587BF8" w:rsidRPr="009510BA" w:rsidTr="009510BA">
        <w:trPr>
          <w:trHeight w:val="1485"/>
        </w:trPr>
        <w:tc>
          <w:tcPr>
            <w:tcW w:w="396" w:type="dxa"/>
          </w:tcPr>
          <w:p w:rsidR="00587BF8" w:rsidRPr="009510BA" w:rsidRDefault="00587BF8" w:rsidP="00B43EE5">
            <w:pPr>
              <w:pStyle w:val="TableParagraph"/>
              <w:spacing w:before="64"/>
              <w:ind w:left="55" w:right="49"/>
              <w:jc w:val="center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4.2.</w:t>
            </w:r>
          </w:p>
        </w:tc>
        <w:tc>
          <w:tcPr>
            <w:tcW w:w="1499" w:type="dxa"/>
            <w:gridSpan w:val="2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right="525"/>
              <w:rPr>
                <w:sz w:val="18"/>
                <w:szCs w:val="18"/>
              </w:rPr>
            </w:pPr>
            <w:r w:rsidRPr="009510BA">
              <w:rPr>
                <w:spacing w:val="-2"/>
                <w:w w:val="105"/>
                <w:sz w:val="18"/>
                <w:szCs w:val="18"/>
              </w:rPr>
              <w:t xml:space="preserve">Музыка </w:t>
            </w:r>
            <w:r w:rsidRPr="009510BA">
              <w:rPr>
                <w:spacing w:val="-1"/>
                <w:w w:val="105"/>
                <w:sz w:val="18"/>
                <w:szCs w:val="18"/>
              </w:rPr>
              <w:t>и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живопись</w:t>
            </w:r>
          </w:p>
        </w:tc>
        <w:tc>
          <w:tcPr>
            <w:tcW w:w="315" w:type="dxa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3</w:t>
            </w:r>
          </w:p>
        </w:tc>
        <w:tc>
          <w:tcPr>
            <w:tcW w:w="1105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1</w:t>
            </w:r>
          </w:p>
        </w:tc>
        <w:tc>
          <w:tcPr>
            <w:tcW w:w="1141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2474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1"/>
                <w:w w:val="105"/>
                <w:sz w:val="18"/>
                <w:szCs w:val="18"/>
              </w:rPr>
              <w:t>Кантата</w:t>
            </w:r>
            <w:proofErr w:type="gramStart"/>
            <w:r w:rsidRPr="009510BA">
              <w:rPr>
                <w:spacing w:val="-1"/>
                <w:w w:val="105"/>
                <w:sz w:val="18"/>
                <w:szCs w:val="18"/>
              </w:rPr>
              <w:t>"А</w:t>
            </w:r>
            <w:proofErr w:type="gramEnd"/>
            <w:r w:rsidRPr="009510BA">
              <w:rPr>
                <w:spacing w:val="-1"/>
                <w:w w:val="105"/>
                <w:sz w:val="18"/>
                <w:szCs w:val="18"/>
              </w:rPr>
              <w:t>.Невский</w:t>
            </w:r>
            <w:proofErr w:type="spellEnd"/>
            <w:r w:rsidRPr="009510BA">
              <w:rPr>
                <w:spacing w:val="-1"/>
                <w:w w:val="105"/>
                <w:sz w:val="18"/>
                <w:szCs w:val="18"/>
              </w:rPr>
              <w:t>"</w:t>
            </w:r>
          </w:p>
          <w:p w:rsidR="00F170C2" w:rsidRPr="009510BA" w:rsidRDefault="00587BF8" w:rsidP="00F170C2">
            <w:pPr>
              <w:pStyle w:val="TableParagraph"/>
              <w:spacing w:before="19" w:line="266" w:lineRule="auto"/>
              <w:ind w:left="75" w:right="119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«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МаршЧерномора</w:t>
            </w:r>
            <w:proofErr w:type="gramStart"/>
            <w:r w:rsidRPr="009510BA">
              <w:rPr>
                <w:w w:val="105"/>
                <w:sz w:val="18"/>
                <w:szCs w:val="18"/>
              </w:rPr>
              <w:t>»и</w:t>
            </w:r>
            <w:proofErr w:type="gramEnd"/>
            <w:r w:rsidRPr="009510BA">
              <w:rPr>
                <w:w w:val="105"/>
                <w:sz w:val="18"/>
                <w:szCs w:val="18"/>
              </w:rPr>
              <w:t>зоперыМ.И</w:t>
            </w:r>
            <w:proofErr w:type="spellEnd"/>
            <w:r w:rsidRPr="009510BA">
              <w:rPr>
                <w:w w:val="105"/>
                <w:sz w:val="18"/>
                <w:szCs w:val="18"/>
              </w:rPr>
              <w:t xml:space="preserve">. Глинки «Руслан и Людмила»(видео и аудио), </w:t>
            </w:r>
            <w:proofErr w:type="spellStart"/>
            <w:r w:rsidR="00F170C2" w:rsidRPr="009510BA">
              <w:rPr>
                <w:sz w:val="18"/>
                <w:szCs w:val="18"/>
              </w:rPr>
              <w:t>С.П.Рахманинов</w:t>
            </w:r>
            <w:proofErr w:type="spellEnd"/>
            <w:r w:rsidR="00F170C2" w:rsidRPr="009510BA">
              <w:rPr>
                <w:sz w:val="18"/>
                <w:szCs w:val="18"/>
              </w:rPr>
              <w:t xml:space="preserve"> романс «Островок»,</w:t>
            </w:r>
          </w:p>
          <w:p w:rsidR="00587BF8" w:rsidRPr="009510BA" w:rsidRDefault="00587BF8" w:rsidP="00B43EE5">
            <w:pPr>
              <w:pStyle w:val="TableParagraph"/>
              <w:spacing w:before="20" w:line="266" w:lineRule="auto"/>
              <w:ind w:left="75" w:right="18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фрагменты из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программы «Академия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музыкальных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искусств»</w:t>
            </w:r>
          </w:p>
          <w:p w:rsidR="00587BF8" w:rsidRPr="009510BA" w:rsidRDefault="00587BF8" w:rsidP="00B43EE5">
            <w:pPr>
              <w:pStyle w:val="TableParagraph"/>
              <w:spacing w:before="3"/>
              <w:ind w:left="75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Музыка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войне</w:t>
            </w:r>
          </w:p>
        </w:tc>
        <w:tc>
          <w:tcPr>
            <w:tcW w:w="1453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4" w:right="468"/>
              <w:rPr>
                <w:sz w:val="18"/>
                <w:szCs w:val="18"/>
              </w:rPr>
            </w:pPr>
            <w:proofErr w:type="spellStart"/>
            <w:r w:rsidRPr="009510BA">
              <w:rPr>
                <w:spacing w:val="-2"/>
                <w:w w:val="105"/>
                <w:sz w:val="18"/>
                <w:szCs w:val="18"/>
              </w:rPr>
              <w:t>Г.Гладко</w:t>
            </w:r>
            <w:proofErr w:type="gramStart"/>
            <w:r w:rsidRPr="009510BA">
              <w:rPr>
                <w:spacing w:val="-2"/>
                <w:w w:val="105"/>
                <w:sz w:val="18"/>
                <w:szCs w:val="18"/>
              </w:rPr>
              <w:t>в</w:t>
            </w:r>
            <w:r w:rsidRPr="009510BA">
              <w:rPr>
                <w:spacing w:val="-1"/>
                <w:w w:val="105"/>
                <w:sz w:val="18"/>
                <w:szCs w:val="18"/>
              </w:rPr>
              <w:t>"</w:t>
            </w:r>
            <w:proofErr w:type="gramEnd"/>
            <w:r w:rsidRPr="009510BA">
              <w:rPr>
                <w:spacing w:val="-1"/>
                <w:w w:val="105"/>
                <w:sz w:val="18"/>
                <w:szCs w:val="18"/>
              </w:rPr>
              <w:t>О</w:t>
            </w:r>
            <w:r w:rsidRPr="009510BA">
              <w:rPr>
                <w:w w:val="105"/>
                <w:sz w:val="18"/>
                <w:szCs w:val="18"/>
              </w:rPr>
              <w:t>картинах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"</w:t>
            </w:r>
          </w:p>
        </w:tc>
        <w:tc>
          <w:tcPr>
            <w:tcW w:w="1261" w:type="dxa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jc w:val="both"/>
              <w:rPr>
                <w:sz w:val="18"/>
                <w:szCs w:val="18"/>
              </w:rPr>
            </w:pPr>
            <w:proofErr w:type="spellStart"/>
            <w:r w:rsidRPr="009510BA">
              <w:rPr>
                <w:w w:val="105"/>
                <w:sz w:val="18"/>
                <w:szCs w:val="18"/>
              </w:rPr>
              <w:t>М.Теодоракис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.</w:t>
            </w:r>
          </w:p>
          <w:p w:rsidR="00587BF8" w:rsidRPr="009510BA" w:rsidRDefault="00587BF8" w:rsidP="00160DC5">
            <w:pPr>
              <w:pStyle w:val="TableParagraph"/>
              <w:spacing w:before="20" w:line="266" w:lineRule="auto"/>
              <w:ind w:left="74" w:right="267"/>
              <w:jc w:val="both"/>
              <w:rPr>
                <w:sz w:val="18"/>
                <w:szCs w:val="18"/>
              </w:rPr>
            </w:pPr>
            <w:r w:rsidRPr="009510BA">
              <w:rPr>
                <w:spacing w:val="-2"/>
                <w:w w:val="105"/>
                <w:sz w:val="18"/>
                <w:szCs w:val="18"/>
              </w:rPr>
              <w:t xml:space="preserve">«Сиртаки» </w:t>
            </w:r>
            <w:r w:rsidRPr="009510BA">
              <w:rPr>
                <w:spacing w:val="-1"/>
                <w:w w:val="105"/>
                <w:sz w:val="18"/>
                <w:szCs w:val="18"/>
              </w:rPr>
              <w:t>из</w:t>
            </w:r>
            <w:r w:rsidR="00160DC5" w:rsidRPr="009510BA">
              <w:rPr>
                <w:w w:val="105"/>
                <w:sz w:val="18"/>
                <w:szCs w:val="18"/>
              </w:rPr>
              <w:t xml:space="preserve"> б</w:t>
            </w:r>
            <w:r w:rsidRPr="009510BA">
              <w:rPr>
                <w:w w:val="105"/>
                <w:sz w:val="18"/>
                <w:szCs w:val="18"/>
              </w:rPr>
              <w:t>алета «Грек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9510BA">
              <w:rPr>
                <w:w w:val="105"/>
                <w:sz w:val="18"/>
                <w:szCs w:val="18"/>
              </w:rPr>
              <w:t>Зорбас</w:t>
            </w:r>
            <w:proofErr w:type="spellEnd"/>
            <w:r w:rsidRPr="009510BA">
              <w:rPr>
                <w:w w:val="105"/>
                <w:sz w:val="18"/>
                <w:szCs w:val="18"/>
              </w:rPr>
              <w:t>»;</w:t>
            </w:r>
          </w:p>
        </w:tc>
        <w:tc>
          <w:tcPr>
            <w:tcW w:w="865" w:type="dxa"/>
          </w:tcPr>
          <w:p w:rsidR="00587BF8" w:rsidRPr="009510BA" w:rsidRDefault="00587BF8" w:rsidP="00B43EE5">
            <w:pPr>
              <w:pStyle w:val="TableParagraph"/>
              <w:spacing w:before="64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12.12.2022</w:t>
            </w:r>
          </w:p>
          <w:p w:rsidR="00587BF8" w:rsidRPr="009510BA" w:rsidRDefault="00587BF8" w:rsidP="00B43EE5">
            <w:pPr>
              <w:pStyle w:val="TableParagraph"/>
              <w:spacing w:before="20"/>
              <w:ind w:left="74"/>
              <w:rPr>
                <w:sz w:val="16"/>
                <w:szCs w:val="16"/>
              </w:rPr>
            </w:pPr>
            <w:r w:rsidRPr="009510BA">
              <w:rPr>
                <w:w w:val="105"/>
                <w:sz w:val="16"/>
                <w:szCs w:val="16"/>
              </w:rPr>
              <w:t>31.12.2022</w:t>
            </w:r>
          </w:p>
        </w:tc>
        <w:tc>
          <w:tcPr>
            <w:tcW w:w="2402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3" w:right="23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Знакомство с музыкальными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 xml:space="preserve">произведениями </w:t>
            </w:r>
            <w:r w:rsidRPr="009510BA">
              <w:rPr>
                <w:w w:val="105"/>
                <w:sz w:val="18"/>
                <w:szCs w:val="18"/>
              </w:rPr>
              <w:t>программной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музыки.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spacing w:val="-1"/>
                <w:w w:val="105"/>
                <w:sz w:val="18"/>
                <w:szCs w:val="18"/>
              </w:rPr>
              <w:t>Выявление</w:t>
            </w:r>
            <w:r w:rsidR="00160DC5" w:rsidRP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интонаций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изобразительного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="009510BA">
              <w:rPr>
                <w:w w:val="105"/>
                <w:sz w:val="18"/>
                <w:szCs w:val="18"/>
              </w:rPr>
              <w:t>характера.</w:t>
            </w:r>
          </w:p>
        </w:tc>
        <w:tc>
          <w:tcPr>
            <w:tcW w:w="1117" w:type="dxa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left="72" w:right="149"/>
              <w:rPr>
                <w:sz w:val="18"/>
                <w:szCs w:val="18"/>
              </w:rPr>
            </w:pPr>
            <w:r w:rsidRPr="009510BA">
              <w:rPr>
                <w:spacing w:val="-1"/>
                <w:w w:val="105"/>
                <w:sz w:val="18"/>
                <w:szCs w:val="18"/>
              </w:rPr>
              <w:t>Контрольная</w:t>
            </w:r>
            <w:r w:rsidR="009510BA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работа;</w:t>
            </w:r>
          </w:p>
        </w:tc>
        <w:tc>
          <w:tcPr>
            <w:tcW w:w="1477" w:type="dxa"/>
          </w:tcPr>
          <w:p w:rsidR="00587BF8" w:rsidRPr="009510BA" w:rsidRDefault="0052761A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  <w:r w:rsidRPr="009510BA">
              <w:rPr>
                <w:sz w:val="18"/>
                <w:szCs w:val="18"/>
              </w:rPr>
              <w:t>https://resh.edu.ru/</w:t>
            </w:r>
          </w:p>
        </w:tc>
      </w:tr>
      <w:tr w:rsidR="00587BF8" w:rsidRPr="009510BA" w:rsidTr="009510BA">
        <w:trPr>
          <w:trHeight w:val="333"/>
        </w:trPr>
        <w:tc>
          <w:tcPr>
            <w:tcW w:w="1895" w:type="dxa"/>
            <w:gridSpan w:val="3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Итого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по</w:t>
            </w:r>
            <w:r w:rsidR="00160DC5" w:rsidRPr="009510BA">
              <w:rPr>
                <w:w w:val="105"/>
                <w:sz w:val="18"/>
                <w:szCs w:val="18"/>
              </w:rPr>
              <w:t xml:space="preserve"> </w:t>
            </w:r>
            <w:r w:rsidRPr="009510BA">
              <w:rPr>
                <w:w w:val="105"/>
                <w:sz w:val="18"/>
                <w:szCs w:val="18"/>
              </w:rPr>
              <w:t>модулю</w:t>
            </w:r>
          </w:p>
        </w:tc>
        <w:tc>
          <w:tcPr>
            <w:tcW w:w="315" w:type="dxa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5</w:t>
            </w:r>
          </w:p>
        </w:tc>
        <w:tc>
          <w:tcPr>
            <w:tcW w:w="13295" w:type="dxa"/>
            <w:gridSpan w:val="9"/>
          </w:tcPr>
          <w:p w:rsidR="00587BF8" w:rsidRPr="009510BA" w:rsidRDefault="00587BF8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587BF8" w:rsidRPr="009510BA" w:rsidTr="009510BA">
        <w:trPr>
          <w:trHeight w:val="909"/>
        </w:trPr>
        <w:tc>
          <w:tcPr>
            <w:tcW w:w="1895" w:type="dxa"/>
            <w:gridSpan w:val="3"/>
          </w:tcPr>
          <w:p w:rsidR="00587BF8" w:rsidRPr="009510BA" w:rsidRDefault="00587BF8" w:rsidP="00B43EE5">
            <w:pPr>
              <w:pStyle w:val="TableParagraph"/>
              <w:spacing w:before="64" w:line="266" w:lineRule="auto"/>
              <w:ind w:right="62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ОБЩЕЕ</w:t>
            </w:r>
            <w:r w:rsidRPr="009510BA">
              <w:rPr>
                <w:sz w:val="18"/>
                <w:szCs w:val="18"/>
              </w:rPr>
              <w:t>КОЛИЧЕСТВО</w:t>
            </w:r>
            <w:r w:rsidRPr="009510BA">
              <w:rPr>
                <w:w w:val="105"/>
                <w:sz w:val="18"/>
                <w:szCs w:val="18"/>
              </w:rPr>
              <w:t>ЧАСОВ ПОПРОГРАММЕ</w:t>
            </w:r>
          </w:p>
        </w:tc>
        <w:tc>
          <w:tcPr>
            <w:tcW w:w="315" w:type="dxa"/>
          </w:tcPr>
          <w:p w:rsidR="00587BF8" w:rsidRPr="009510BA" w:rsidRDefault="00587BF8" w:rsidP="00B43EE5">
            <w:pPr>
              <w:pStyle w:val="TableParagraph"/>
              <w:spacing w:before="64"/>
              <w:rPr>
                <w:sz w:val="18"/>
                <w:szCs w:val="18"/>
              </w:rPr>
            </w:pPr>
            <w:r w:rsidRPr="009510BA">
              <w:rPr>
                <w:w w:val="105"/>
                <w:sz w:val="18"/>
                <w:szCs w:val="18"/>
              </w:rPr>
              <w:t>17</w:t>
            </w:r>
          </w:p>
        </w:tc>
        <w:tc>
          <w:tcPr>
            <w:tcW w:w="1105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2</w:t>
            </w:r>
          </w:p>
        </w:tc>
        <w:tc>
          <w:tcPr>
            <w:tcW w:w="1141" w:type="dxa"/>
          </w:tcPr>
          <w:p w:rsidR="00587BF8" w:rsidRPr="009510BA" w:rsidRDefault="00587BF8" w:rsidP="00B43EE5">
            <w:pPr>
              <w:pStyle w:val="TableParagraph"/>
              <w:spacing w:before="64"/>
              <w:ind w:left="75"/>
              <w:rPr>
                <w:sz w:val="18"/>
                <w:szCs w:val="18"/>
              </w:rPr>
            </w:pPr>
            <w:r w:rsidRPr="009510BA">
              <w:rPr>
                <w:w w:val="104"/>
                <w:sz w:val="18"/>
                <w:szCs w:val="18"/>
              </w:rPr>
              <w:t>0</w:t>
            </w:r>
          </w:p>
        </w:tc>
        <w:tc>
          <w:tcPr>
            <w:tcW w:w="11049" w:type="dxa"/>
            <w:gridSpan w:val="7"/>
          </w:tcPr>
          <w:p w:rsidR="00587BF8" w:rsidRPr="009510BA" w:rsidRDefault="00587BF8" w:rsidP="00B43EE5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</w:tbl>
    <w:p w:rsidR="00587BF8" w:rsidRDefault="00587BF8">
      <w:pPr>
        <w:sectPr w:rsidR="00587BF8" w:rsidSect="006F148C">
          <w:type w:val="continuous"/>
          <w:pgSz w:w="16839" w:h="11907" w:code="9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4327FA" w:rsidRDefault="004327FA">
      <w:pPr>
        <w:autoSpaceDE w:val="0"/>
        <w:autoSpaceDN w:val="0"/>
        <w:spacing w:after="78" w:line="220" w:lineRule="exact"/>
      </w:pPr>
    </w:p>
    <w:p w:rsidR="00F260F1" w:rsidRPr="00C93158" w:rsidRDefault="00F260F1" w:rsidP="00C93158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93158">
        <w:rPr>
          <w:rFonts w:ascii="Times New Roman" w:eastAsia="Times New Roman" w:hAnsi="Times New Roman" w:cs="Times New Roman"/>
          <w:b/>
          <w:color w:val="000000"/>
        </w:rPr>
        <w:t>ПОУРОЧНОЕ ПЛАНИРОВАНИЕ</w:t>
      </w:r>
    </w:p>
    <w:tbl>
      <w:tblPr>
        <w:tblW w:w="11372" w:type="dxa"/>
        <w:jc w:val="center"/>
        <w:tblInd w:w="-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468"/>
        <w:gridCol w:w="788"/>
        <w:gridCol w:w="1746"/>
        <w:gridCol w:w="1801"/>
        <w:gridCol w:w="1255"/>
        <w:gridCol w:w="1772"/>
      </w:tblGrid>
      <w:tr w:rsidR="00F260F1" w:rsidRPr="00C93158" w:rsidTr="00AF1C03">
        <w:trPr>
          <w:trHeight w:val="439"/>
          <w:jc w:val="center"/>
        </w:trPr>
        <w:tc>
          <w:tcPr>
            <w:tcW w:w="515" w:type="dxa"/>
            <w:vMerge w:val="restart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49"/>
              <w:rPr>
                <w:b/>
              </w:rPr>
            </w:pPr>
            <w:r w:rsidRPr="00C93158">
              <w:rPr>
                <w:b/>
              </w:rPr>
              <w:t>№</w:t>
            </w:r>
            <w:proofErr w:type="gramStart"/>
            <w:r w:rsidRPr="00C93158">
              <w:rPr>
                <w:b/>
              </w:rPr>
              <w:t>п</w:t>
            </w:r>
            <w:proofErr w:type="gramEnd"/>
            <w:r w:rsidRPr="00C93158">
              <w:rPr>
                <w:b/>
              </w:rPr>
              <w:t>/п</w:t>
            </w:r>
          </w:p>
        </w:tc>
        <w:tc>
          <w:tcPr>
            <w:tcW w:w="3297" w:type="dxa"/>
            <w:vMerge w:val="restart"/>
          </w:tcPr>
          <w:p w:rsidR="00F260F1" w:rsidRPr="00C93158" w:rsidRDefault="00F260F1" w:rsidP="00B43EE5">
            <w:pPr>
              <w:pStyle w:val="TableParagraph"/>
              <w:rPr>
                <w:b/>
              </w:rPr>
            </w:pPr>
            <w:proofErr w:type="spellStart"/>
            <w:r w:rsidRPr="00C93158">
              <w:rPr>
                <w:b/>
              </w:rPr>
              <w:t>Темаурока</w:t>
            </w:r>
            <w:proofErr w:type="spellEnd"/>
          </w:p>
        </w:tc>
        <w:tc>
          <w:tcPr>
            <w:tcW w:w="4121" w:type="dxa"/>
            <w:gridSpan w:val="3"/>
          </w:tcPr>
          <w:p w:rsidR="00F260F1" w:rsidRPr="00C93158" w:rsidRDefault="00F260F1" w:rsidP="00B43EE5">
            <w:pPr>
              <w:pStyle w:val="TableParagraph"/>
              <w:rPr>
                <w:b/>
              </w:rPr>
            </w:pPr>
            <w:r w:rsidRPr="00C93158">
              <w:rPr>
                <w:b/>
              </w:rPr>
              <w:t>Количество</w:t>
            </w:r>
            <w:r w:rsidR="009510BA">
              <w:rPr>
                <w:b/>
              </w:rPr>
              <w:t xml:space="preserve"> </w:t>
            </w:r>
            <w:r w:rsidRPr="00C93158">
              <w:rPr>
                <w:b/>
              </w:rPr>
              <w:t>часов</w:t>
            </w:r>
          </w:p>
        </w:tc>
        <w:tc>
          <w:tcPr>
            <w:tcW w:w="1193" w:type="dxa"/>
            <w:vMerge w:val="restart"/>
          </w:tcPr>
          <w:p w:rsidR="00F260F1" w:rsidRPr="00C93158" w:rsidRDefault="00F260F1" w:rsidP="00B43EE5">
            <w:pPr>
              <w:pStyle w:val="TableParagraph"/>
              <w:spacing w:line="292" w:lineRule="auto"/>
              <w:ind w:left="77" w:right="57"/>
              <w:rPr>
                <w:b/>
              </w:rPr>
            </w:pPr>
            <w:r w:rsidRPr="00C93158">
              <w:rPr>
                <w:b/>
              </w:rPr>
              <w:t>Дата</w:t>
            </w:r>
            <w:r w:rsidR="009510BA">
              <w:rPr>
                <w:b/>
              </w:rPr>
              <w:t xml:space="preserve"> </w:t>
            </w:r>
            <w:r w:rsidRPr="00C93158">
              <w:rPr>
                <w:b/>
                <w:spacing w:val="-1"/>
              </w:rPr>
              <w:t>изучения</w:t>
            </w:r>
          </w:p>
        </w:tc>
        <w:tc>
          <w:tcPr>
            <w:tcW w:w="1684" w:type="dxa"/>
            <w:vMerge w:val="restart"/>
          </w:tcPr>
          <w:p w:rsidR="00F260F1" w:rsidRPr="00C93158" w:rsidRDefault="00F260F1" w:rsidP="00B43EE5">
            <w:pPr>
              <w:pStyle w:val="TableParagraph"/>
              <w:spacing w:line="292" w:lineRule="auto"/>
              <w:ind w:left="78" w:right="498"/>
              <w:rPr>
                <w:b/>
              </w:rPr>
            </w:pPr>
            <w:r w:rsidRPr="00C93158">
              <w:rPr>
                <w:b/>
              </w:rPr>
              <w:t>Виды,</w:t>
            </w:r>
            <w:r w:rsidR="009510BA">
              <w:rPr>
                <w:b/>
              </w:rPr>
              <w:t xml:space="preserve"> </w:t>
            </w:r>
            <w:r w:rsidRPr="00C93158">
              <w:rPr>
                <w:b/>
              </w:rPr>
              <w:t>формы</w:t>
            </w:r>
            <w:r w:rsidR="009510BA">
              <w:rPr>
                <w:b/>
              </w:rPr>
              <w:t xml:space="preserve"> </w:t>
            </w:r>
            <w:r w:rsidRPr="00C93158">
              <w:rPr>
                <w:b/>
              </w:rPr>
              <w:t>контроля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  <w:vMerge/>
            <w:tcBorders>
              <w:top w:val="nil"/>
            </w:tcBorders>
          </w:tcPr>
          <w:p w:rsidR="00F260F1" w:rsidRPr="00C93158" w:rsidRDefault="00F260F1" w:rsidP="00B4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  <w:vMerge/>
            <w:tcBorders>
              <w:top w:val="nil"/>
            </w:tcBorders>
          </w:tcPr>
          <w:p w:rsidR="00F260F1" w:rsidRPr="00C93158" w:rsidRDefault="00F260F1" w:rsidP="00B4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  <w:rPr>
                <w:b/>
              </w:rPr>
            </w:pPr>
            <w:r w:rsidRPr="00C93158">
              <w:rPr>
                <w:b/>
              </w:rPr>
              <w:t>всего</w:t>
            </w:r>
          </w:p>
        </w:tc>
        <w:tc>
          <w:tcPr>
            <w:tcW w:w="1660" w:type="dxa"/>
          </w:tcPr>
          <w:p w:rsidR="00F260F1" w:rsidRPr="00C93158" w:rsidRDefault="009510BA" w:rsidP="00B43EE5">
            <w:pPr>
              <w:pStyle w:val="TableParagraph"/>
              <w:spacing w:line="292" w:lineRule="auto"/>
              <w:ind w:right="58"/>
              <w:rPr>
                <w:b/>
              </w:rPr>
            </w:pPr>
            <w:r w:rsidRPr="00C93158">
              <w:rPr>
                <w:b/>
                <w:spacing w:val="-1"/>
              </w:rPr>
              <w:t>К</w:t>
            </w:r>
            <w:r w:rsidR="00F260F1" w:rsidRPr="00C93158">
              <w:rPr>
                <w:b/>
                <w:spacing w:val="-1"/>
              </w:rPr>
              <w:t>онтрольные</w:t>
            </w:r>
            <w:r>
              <w:rPr>
                <w:b/>
                <w:spacing w:val="-1"/>
              </w:rPr>
              <w:t xml:space="preserve"> </w:t>
            </w:r>
            <w:r w:rsidR="00F260F1" w:rsidRPr="00C93158">
              <w:rPr>
                <w:b/>
              </w:rPr>
              <w:t>работы</w:t>
            </w:r>
          </w:p>
        </w:tc>
        <w:tc>
          <w:tcPr>
            <w:tcW w:w="1712" w:type="dxa"/>
          </w:tcPr>
          <w:p w:rsidR="00F260F1" w:rsidRPr="00C93158" w:rsidRDefault="009510BA" w:rsidP="00B43EE5">
            <w:pPr>
              <w:pStyle w:val="TableParagraph"/>
              <w:spacing w:line="292" w:lineRule="auto"/>
              <w:ind w:left="77" w:right="50"/>
              <w:rPr>
                <w:b/>
              </w:rPr>
            </w:pPr>
            <w:r w:rsidRPr="00C93158">
              <w:rPr>
                <w:b/>
                <w:spacing w:val="-1"/>
              </w:rPr>
              <w:t>П</w:t>
            </w:r>
            <w:r w:rsidR="00F260F1" w:rsidRPr="00C93158">
              <w:rPr>
                <w:b/>
                <w:spacing w:val="-1"/>
              </w:rPr>
              <w:t>рактические</w:t>
            </w:r>
            <w:r>
              <w:rPr>
                <w:b/>
                <w:spacing w:val="-1"/>
              </w:rPr>
              <w:t xml:space="preserve"> </w:t>
            </w:r>
            <w:r w:rsidR="00F260F1" w:rsidRPr="00C93158">
              <w:rPr>
                <w:b/>
              </w:rPr>
              <w:t>работы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:rsidR="00F260F1" w:rsidRPr="00C93158" w:rsidRDefault="00F260F1" w:rsidP="00B43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F260F1" w:rsidRPr="00C93158" w:rsidRDefault="00F260F1" w:rsidP="00B43EE5">
            <w:pPr>
              <w:rPr>
                <w:rFonts w:ascii="Times New Roman" w:hAnsi="Times New Roman" w:cs="Times New Roman"/>
              </w:rPr>
            </w:pP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1075"/>
            </w:pPr>
            <w:proofErr w:type="gramStart"/>
            <w:r w:rsidRPr="00C93158">
              <w:rPr>
                <w:spacing w:val="-1"/>
              </w:rPr>
              <w:t>Фольклор-народное</w:t>
            </w:r>
            <w:proofErr w:type="gramEnd"/>
            <w:r w:rsidR="009510BA">
              <w:rPr>
                <w:spacing w:val="-1"/>
              </w:rPr>
              <w:t xml:space="preserve"> </w:t>
            </w:r>
            <w:r w:rsidRPr="00C93158">
              <w:t>творчество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2.</w:t>
            </w:r>
          </w:p>
        </w:tc>
        <w:tc>
          <w:tcPr>
            <w:tcW w:w="3297" w:type="dxa"/>
          </w:tcPr>
          <w:p w:rsidR="009510BA" w:rsidRDefault="009510BA" w:rsidP="00B43EE5">
            <w:pPr>
              <w:pStyle w:val="TableParagraph"/>
              <w:spacing w:line="292" w:lineRule="auto"/>
              <w:ind w:right="873"/>
            </w:pPr>
            <w:r w:rsidRPr="00C93158">
              <w:rPr>
                <w:spacing w:val="-1"/>
              </w:rPr>
              <w:t>Фольклор-народное</w:t>
            </w:r>
            <w:r>
              <w:rPr>
                <w:spacing w:val="-1"/>
              </w:rPr>
              <w:t xml:space="preserve"> </w:t>
            </w:r>
            <w:r w:rsidRPr="00C93158">
              <w:t>творчество</w:t>
            </w:r>
            <w:proofErr w:type="gramStart"/>
            <w:r w:rsidRPr="00C93158">
              <w:t xml:space="preserve"> </w:t>
            </w:r>
            <w:r>
              <w:t>.</w:t>
            </w:r>
            <w:proofErr w:type="gramEnd"/>
          </w:p>
          <w:p w:rsidR="00F260F1" w:rsidRPr="00C93158" w:rsidRDefault="00FD4DFA" w:rsidP="00B43EE5">
            <w:pPr>
              <w:pStyle w:val="TableParagraph"/>
              <w:spacing w:line="292" w:lineRule="auto"/>
              <w:ind w:right="873"/>
            </w:pPr>
            <w:r w:rsidRPr="00C93158">
              <w:t xml:space="preserve">Музыкальный фольклор башкирского </w:t>
            </w:r>
            <w:r w:rsidR="009510BA">
              <w:t xml:space="preserve"> </w:t>
            </w:r>
            <w:r w:rsidRPr="00C93158">
              <w:t>народа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355"/>
              <w:rPr>
                <w:spacing w:val="-1"/>
              </w:rPr>
            </w:pPr>
            <w:r w:rsidRPr="00C93158">
              <w:rPr>
                <w:spacing w:val="-1"/>
              </w:rPr>
              <w:t>Творческие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355"/>
            </w:pPr>
            <w:r w:rsidRPr="00C93158">
              <w:t>задания;</w:t>
            </w:r>
          </w:p>
        </w:tc>
      </w:tr>
      <w:tr w:rsidR="00F260F1" w:rsidRPr="00C93158" w:rsidTr="00AF1C03">
        <w:trPr>
          <w:trHeight w:val="43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3.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Календарный</w:t>
            </w:r>
            <w:r w:rsidR="009510BA">
              <w:t xml:space="preserve"> </w:t>
            </w:r>
            <w:r w:rsidRPr="00C93158">
              <w:t>фольклор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F260F1" w:rsidRPr="00C93158" w:rsidRDefault="008322BD" w:rsidP="00B43EE5">
            <w:pPr>
              <w:pStyle w:val="TableParagraph"/>
              <w:ind w:left="60" w:right="74"/>
              <w:jc w:val="center"/>
            </w:pPr>
            <w:r w:rsidRPr="00C93158">
              <w:t>Устный опрос;</w:t>
            </w:r>
          </w:p>
          <w:p w:rsidR="008322BD" w:rsidRPr="00C93158" w:rsidRDefault="008322BD" w:rsidP="008C49B1">
            <w:pPr>
              <w:pStyle w:val="TableParagraph"/>
              <w:ind w:left="60" w:right="74"/>
            </w:pPr>
            <w:r w:rsidRPr="00C93158">
              <w:t>Творческие задания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4.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447"/>
            </w:pPr>
            <w:bookmarkStart w:id="1" w:name="_Hlk111657123"/>
            <w:r w:rsidRPr="00C93158">
              <w:t>Традиционные праздники</w:t>
            </w:r>
            <w:r w:rsidR="009510BA">
              <w:t xml:space="preserve"> </w:t>
            </w:r>
            <w:r w:rsidRPr="00C93158">
              <w:t>моего</w:t>
            </w:r>
            <w:r w:rsidR="009510BA">
              <w:t xml:space="preserve"> </w:t>
            </w:r>
            <w:r w:rsidRPr="00C93158">
              <w:t>края</w:t>
            </w:r>
            <w:bookmarkEnd w:id="1"/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5.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Русская</w:t>
            </w:r>
            <w:r w:rsidR="009510BA">
              <w:t xml:space="preserve"> </w:t>
            </w:r>
            <w:r w:rsidRPr="00C93158">
              <w:t>классическая</w:t>
            </w:r>
            <w:r w:rsidR="009510BA">
              <w:t xml:space="preserve"> </w:t>
            </w:r>
            <w:r w:rsidRPr="00C93158">
              <w:t>музыка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6.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694"/>
            </w:pPr>
            <w:r w:rsidRPr="00C93158">
              <w:t>Образы родной земли в</w:t>
            </w:r>
            <w:r w:rsidR="009510BA">
              <w:t xml:space="preserve"> </w:t>
            </w:r>
            <w:r w:rsidRPr="00C93158">
              <w:t>музыке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355"/>
              <w:rPr>
                <w:spacing w:val="-1"/>
              </w:rPr>
            </w:pPr>
            <w:r w:rsidRPr="00C93158">
              <w:rPr>
                <w:spacing w:val="-1"/>
              </w:rPr>
              <w:t>Творческие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355"/>
            </w:pPr>
            <w:r w:rsidRPr="00C93158">
              <w:t>задания;</w:t>
            </w:r>
          </w:p>
        </w:tc>
      </w:tr>
      <w:tr w:rsidR="00F260F1" w:rsidRPr="00C93158" w:rsidTr="00AF1C03">
        <w:trPr>
          <w:trHeight w:val="43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7.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Мир</w:t>
            </w:r>
            <w:r w:rsidR="009510BA">
              <w:t xml:space="preserve"> </w:t>
            </w:r>
            <w:r w:rsidRPr="00C93158">
              <w:t>русской</w:t>
            </w:r>
            <w:r w:rsidR="009510BA">
              <w:t xml:space="preserve"> </w:t>
            </w:r>
            <w:r w:rsidRPr="00C93158">
              <w:t>песни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F260F1" w:rsidRPr="00C93158" w:rsidRDefault="008322BD" w:rsidP="00B43EE5">
            <w:pPr>
              <w:pStyle w:val="TableParagraph"/>
              <w:ind w:left="60" w:right="74"/>
              <w:jc w:val="center"/>
            </w:pPr>
            <w:r w:rsidRPr="00C93158">
              <w:t>Устный опрос</w:t>
            </w:r>
          </w:p>
        </w:tc>
      </w:tr>
      <w:tr w:rsidR="00F260F1" w:rsidRPr="00C93158" w:rsidTr="00AF1C03">
        <w:trPr>
          <w:trHeight w:val="105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8.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721"/>
            </w:pPr>
            <w:r w:rsidRPr="00C93158">
              <w:t>Мир исполнительского</w:t>
            </w:r>
            <w:r w:rsidR="009510BA">
              <w:t xml:space="preserve"> </w:t>
            </w:r>
            <w:r w:rsidRPr="00C93158">
              <w:t>мастерства</w:t>
            </w:r>
            <w:r w:rsidR="00DF5357" w:rsidRPr="00C93158">
              <w:t>.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243887" w:rsidP="00B43EE5">
            <w:pPr>
              <w:pStyle w:val="TableParagraph"/>
            </w:pPr>
            <w:r>
              <w:t>1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F260F1" w:rsidRPr="00C93158" w:rsidRDefault="00243887" w:rsidP="00B43EE5">
            <w:pPr>
              <w:pStyle w:val="TableParagraph"/>
              <w:spacing w:line="292" w:lineRule="auto"/>
              <w:ind w:left="78" w:right="61"/>
            </w:pPr>
            <w:r>
              <w:t>Контрольная работа; Тестирование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9.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391"/>
            </w:pPr>
            <w:r w:rsidRPr="00C93158">
              <w:t>Европейская классическая</w:t>
            </w:r>
            <w:r w:rsidR="009510BA">
              <w:t xml:space="preserve"> </w:t>
            </w:r>
            <w:r w:rsidRPr="00C93158">
              <w:t>музыка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8C49B1" w:rsidP="008C49B1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8C49B1" w:rsidP="008C49B1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10.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824"/>
            </w:pPr>
            <w:r w:rsidRPr="00C93158">
              <w:t>Национальные истоки</w:t>
            </w:r>
            <w:r w:rsidR="009510BA">
              <w:t xml:space="preserve"> </w:t>
            </w:r>
            <w:r w:rsidRPr="00C93158">
              <w:t>классической</w:t>
            </w:r>
            <w:r w:rsidR="009510BA">
              <w:t xml:space="preserve"> </w:t>
            </w:r>
            <w:r w:rsidRPr="00C93158">
              <w:t>музыки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lastRenderedPageBreak/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lastRenderedPageBreak/>
              <w:t>11.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Кумиры</w:t>
            </w:r>
            <w:r w:rsidR="00923722">
              <w:t xml:space="preserve"> </w:t>
            </w:r>
            <w:r w:rsidRPr="00C93158">
              <w:t>публики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8C49B1" w:rsidRDefault="00F260F1" w:rsidP="00B43EE5">
            <w:pPr>
              <w:pStyle w:val="TableParagraph"/>
              <w:spacing w:line="292" w:lineRule="auto"/>
              <w:ind w:left="78" w:right="364"/>
              <w:rPr>
                <w:spacing w:val="-1"/>
              </w:rPr>
            </w:pPr>
            <w:r w:rsidRPr="00C93158">
              <w:rPr>
                <w:spacing w:val="-1"/>
              </w:rPr>
              <w:t>Творческое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364"/>
            </w:pPr>
            <w:r w:rsidRPr="00C93158">
              <w:t>задание;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12.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Культура</w:t>
            </w:r>
            <w:r w:rsidR="00923722">
              <w:t xml:space="preserve"> </w:t>
            </w:r>
            <w:r w:rsidRPr="00C93158">
              <w:t>слушателя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AF1C03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13.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950"/>
            </w:pPr>
            <w:r w:rsidRPr="00C93158">
              <w:t>Что роднит музыку с</w:t>
            </w:r>
            <w:r w:rsidR="00923722">
              <w:t xml:space="preserve"> </w:t>
            </w:r>
            <w:r w:rsidRPr="00C93158">
              <w:t>литературой?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proofErr w:type="spellStart"/>
            <w:r w:rsidRPr="00C93158">
              <w:t>Устныйопрос</w:t>
            </w:r>
            <w:proofErr w:type="spellEnd"/>
            <w:r w:rsidRPr="00C93158">
              <w:t>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14.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910"/>
            </w:pPr>
            <w:r w:rsidRPr="00C93158">
              <w:t xml:space="preserve">Музыка театра, </w:t>
            </w:r>
            <w:proofErr w:type="spellStart"/>
            <w:r w:rsidRPr="00C93158">
              <w:t>кино</w:t>
            </w:r>
            <w:proofErr w:type="gramStart"/>
            <w:r w:rsidRPr="00C93158">
              <w:t>,т</w:t>
            </w:r>
            <w:proofErr w:type="gramEnd"/>
            <w:r w:rsidRPr="00C93158">
              <w:t>елевидения</w:t>
            </w:r>
            <w:proofErr w:type="spellEnd"/>
            <w:r w:rsidRPr="00C93158">
              <w:t>.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AF1C03" w:rsidRDefault="00F260F1" w:rsidP="00B43EE5">
            <w:pPr>
              <w:pStyle w:val="TableParagraph"/>
              <w:spacing w:line="292" w:lineRule="auto"/>
              <w:ind w:left="78" w:right="364"/>
              <w:rPr>
                <w:spacing w:val="-1"/>
              </w:rPr>
            </w:pPr>
            <w:r w:rsidRPr="00C93158">
              <w:rPr>
                <w:spacing w:val="-1"/>
              </w:rPr>
              <w:t>Творческое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364"/>
            </w:pPr>
            <w:r w:rsidRPr="00C93158">
              <w:t>задание;</w:t>
            </w:r>
          </w:p>
        </w:tc>
      </w:tr>
      <w:tr w:rsidR="00F260F1" w:rsidRPr="00C93158" w:rsidTr="00AF1C03">
        <w:trPr>
          <w:trHeight w:val="105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15.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950"/>
            </w:pPr>
            <w:r w:rsidRPr="00C93158">
              <w:t>Что роднит музыку с</w:t>
            </w:r>
            <w:r w:rsidR="00923722">
              <w:t xml:space="preserve"> </w:t>
            </w:r>
            <w:r w:rsidRPr="00C93158">
              <w:t>изобразительным</w:t>
            </w:r>
            <w:r w:rsidR="00923722">
              <w:t xml:space="preserve"> </w:t>
            </w:r>
            <w:r w:rsidRPr="00C93158">
              <w:t>искусством?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AF1C03" w:rsidRDefault="00F260F1" w:rsidP="00B43EE5">
            <w:pPr>
              <w:pStyle w:val="TableParagraph"/>
              <w:spacing w:line="292" w:lineRule="auto"/>
              <w:ind w:left="78" w:right="355"/>
              <w:rPr>
                <w:spacing w:val="-1"/>
              </w:rPr>
            </w:pPr>
            <w:r w:rsidRPr="00C93158">
              <w:rPr>
                <w:spacing w:val="-1"/>
              </w:rPr>
              <w:t>Тв</w:t>
            </w:r>
            <w:r w:rsidR="008C49B1">
              <w:rPr>
                <w:spacing w:val="-1"/>
              </w:rPr>
              <w:t>орческо</w:t>
            </w:r>
            <w:r w:rsidRPr="00C93158">
              <w:rPr>
                <w:spacing w:val="-1"/>
              </w:rPr>
              <w:t>е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355"/>
            </w:pPr>
            <w:r w:rsidRPr="00C93158">
              <w:t>задания;</w:t>
            </w:r>
          </w:p>
        </w:tc>
      </w:tr>
      <w:tr w:rsidR="00F260F1" w:rsidRPr="00C93158" w:rsidTr="00AF1C03">
        <w:trPr>
          <w:trHeight w:val="749"/>
          <w:jc w:val="center"/>
        </w:trPr>
        <w:tc>
          <w:tcPr>
            <w:tcW w:w="515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16.</w:t>
            </w:r>
          </w:p>
        </w:tc>
        <w:tc>
          <w:tcPr>
            <w:tcW w:w="3297" w:type="dxa"/>
          </w:tcPr>
          <w:p w:rsidR="00F260F1" w:rsidRPr="00C93158" w:rsidRDefault="00F260F1" w:rsidP="00B43EE5">
            <w:pPr>
              <w:pStyle w:val="TableParagraph"/>
              <w:spacing w:line="292" w:lineRule="auto"/>
              <w:ind w:right="585"/>
            </w:pPr>
            <w:r w:rsidRPr="00C93158">
              <w:t>О подвиге, о доблести, о</w:t>
            </w:r>
            <w:r w:rsidR="00923722">
              <w:t xml:space="preserve"> </w:t>
            </w:r>
            <w:r w:rsidRPr="00C93158">
              <w:t>славе...</w:t>
            </w:r>
          </w:p>
        </w:tc>
        <w:tc>
          <w:tcPr>
            <w:tcW w:w="749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1</w:t>
            </w:r>
          </w:p>
        </w:tc>
        <w:tc>
          <w:tcPr>
            <w:tcW w:w="1660" w:type="dxa"/>
          </w:tcPr>
          <w:p w:rsidR="00F260F1" w:rsidRPr="00C93158" w:rsidRDefault="00F260F1" w:rsidP="00B43EE5">
            <w:pPr>
              <w:pStyle w:val="TableParagraph"/>
            </w:pPr>
            <w:r w:rsidRPr="00C93158">
              <w:t>0</w:t>
            </w:r>
          </w:p>
        </w:tc>
        <w:tc>
          <w:tcPr>
            <w:tcW w:w="1712" w:type="dxa"/>
          </w:tcPr>
          <w:p w:rsidR="00F260F1" w:rsidRPr="00C93158" w:rsidRDefault="00F260F1" w:rsidP="00B43EE5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193" w:type="dxa"/>
          </w:tcPr>
          <w:p w:rsidR="00F260F1" w:rsidRPr="00C93158" w:rsidRDefault="00F260F1" w:rsidP="00B43EE5">
            <w:pPr>
              <w:pStyle w:val="TableParagraph"/>
              <w:spacing w:before="0"/>
              <w:ind w:left="0"/>
            </w:pPr>
          </w:p>
        </w:tc>
        <w:tc>
          <w:tcPr>
            <w:tcW w:w="1684" w:type="dxa"/>
          </w:tcPr>
          <w:p w:rsidR="00AF1C03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Устный</w:t>
            </w:r>
          </w:p>
          <w:p w:rsidR="00F260F1" w:rsidRPr="00C93158" w:rsidRDefault="00F260F1" w:rsidP="00B43EE5">
            <w:pPr>
              <w:pStyle w:val="TableParagraph"/>
              <w:spacing w:line="292" w:lineRule="auto"/>
              <w:ind w:left="78" w:right="731"/>
            </w:pPr>
            <w:r w:rsidRPr="00C93158">
              <w:t>опрос;</w:t>
            </w:r>
          </w:p>
        </w:tc>
      </w:tr>
    </w:tbl>
    <w:tbl>
      <w:tblPr>
        <w:tblpPr w:leftFromText="180" w:rightFromText="180" w:vertAnchor="text" w:horzAnchor="margin" w:tblpXSpec="center" w:tblpY="53"/>
        <w:tblW w:w="1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3543"/>
        <w:gridCol w:w="709"/>
        <w:gridCol w:w="1835"/>
        <w:gridCol w:w="1762"/>
        <w:gridCol w:w="1223"/>
        <w:gridCol w:w="1842"/>
      </w:tblGrid>
      <w:tr w:rsidR="00AF1C03" w:rsidRPr="00C93158" w:rsidTr="00AF1C03">
        <w:trPr>
          <w:trHeight w:val="962"/>
        </w:trPr>
        <w:tc>
          <w:tcPr>
            <w:tcW w:w="434" w:type="dxa"/>
          </w:tcPr>
          <w:p w:rsidR="00AF1C03" w:rsidRPr="00C93158" w:rsidRDefault="00AF1C03" w:rsidP="00AF1C03">
            <w:pPr>
              <w:pStyle w:val="TableParagraph"/>
            </w:pPr>
            <w:r w:rsidRPr="00C93158">
              <w:t>17.</w:t>
            </w:r>
          </w:p>
        </w:tc>
        <w:tc>
          <w:tcPr>
            <w:tcW w:w="3543" w:type="dxa"/>
          </w:tcPr>
          <w:p w:rsidR="00AF1C03" w:rsidRPr="00C93158" w:rsidRDefault="00AF1C03" w:rsidP="00AF1C03">
            <w:pPr>
              <w:pStyle w:val="TableParagraph"/>
              <w:spacing w:line="292" w:lineRule="auto"/>
              <w:ind w:right="1068"/>
            </w:pPr>
            <w:r w:rsidRPr="00C93158">
              <w:rPr>
                <w:b/>
              </w:rPr>
              <w:t>Контрольная итоговая работа (тест)</w:t>
            </w:r>
            <w:r>
              <w:rPr>
                <w:b/>
              </w:rPr>
              <w:t>. Подведение итогов.</w:t>
            </w:r>
          </w:p>
        </w:tc>
        <w:tc>
          <w:tcPr>
            <w:tcW w:w="709" w:type="dxa"/>
          </w:tcPr>
          <w:p w:rsidR="00AF1C03" w:rsidRPr="00C93158" w:rsidRDefault="00AF1C03" w:rsidP="00AF1C03">
            <w:pPr>
              <w:pStyle w:val="TableParagraph"/>
            </w:pPr>
            <w:r w:rsidRPr="00C93158">
              <w:t>1</w:t>
            </w:r>
          </w:p>
        </w:tc>
        <w:tc>
          <w:tcPr>
            <w:tcW w:w="1835" w:type="dxa"/>
          </w:tcPr>
          <w:p w:rsidR="00AF1C03" w:rsidRPr="00C93158" w:rsidRDefault="00AF1C03" w:rsidP="00AF1C03">
            <w:pPr>
              <w:pStyle w:val="TableParagraph"/>
            </w:pPr>
            <w:r w:rsidRPr="00C93158">
              <w:t>1</w:t>
            </w:r>
          </w:p>
        </w:tc>
        <w:tc>
          <w:tcPr>
            <w:tcW w:w="1762" w:type="dxa"/>
          </w:tcPr>
          <w:p w:rsidR="00AF1C03" w:rsidRPr="00C93158" w:rsidRDefault="00AF1C03" w:rsidP="00AF1C03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1223" w:type="dxa"/>
          </w:tcPr>
          <w:p w:rsidR="00AF1C03" w:rsidRPr="00C93158" w:rsidRDefault="00AF1C03" w:rsidP="00AF1C03">
            <w:pPr>
              <w:pStyle w:val="TableParagraph"/>
              <w:spacing w:before="0"/>
              <w:ind w:left="0"/>
            </w:pPr>
          </w:p>
        </w:tc>
        <w:tc>
          <w:tcPr>
            <w:tcW w:w="1842" w:type="dxa"/>
          </w:tcPr>
          <w:p w:rsidR="00AF1C03" w:rsidRDefault="00AF1C03" w:rsidP="00AF1C03">
            <w:pPr>
              <w:pStyle w:val="TableParagraph"/>
              <w:spacing w:line="292" w:lineRule="auto"/>
              <w:ind w:left="78" w:right="61"/>
            </w:pPr>
            <w:r w:rsidRPr="00C93158">
              <w:t>Контрольная</w:t>
            </w:r>
          </w:p>
          <w:p w:rsidR="00AF1C03" w:rsidRDefault="00AF1C03" w:rsidP="00AF1C03">
            <w:pPr>
              <w:pStyle w:val="TableParagraph"/>
              <w:spacing w:line="292" w:lineRule="auto"/>
              <w:ind w:left="78" w:right="61"/>
            </w:pPr>
            <w:r w:rsidRPr="00C93158">
              <w:t>работа;</w:t>
            </w:r>
          </w:p>
          <w:p w:rsidR="00AF1C03" w:rsidRPr="00C93158" w:rsidRDefault="00AF1C03" w:rsidP="00AF1C03">
            <w:pPr>
              <w:pStyle w:val="TableParagraph"/>
              <w:spacing w:line="292" w:lineRule="auto"/>
              <w:ind w:left="78" w:right="61"/>
            </w:pPr>
            <w:r w:rsidRPr="00C93158">
              <w:rPr>
                <w:spacing w:val="-1"/>
              </w:rPr>
              <w:t>Тестирование;</w:t>
            </w:r>
          </w:p>
        </w:tc>
      </w:tr>
      <w:tr w:rsidR="00AF1C03" w:rsidRPr="00C93158" w:rsidTr="00AF1C03">
        <w:trPr>
          <w:trHeight w:val="680"/>
        </w:trPr>
        <w:tc>
          <w:tcPr>
            <w:tcW w:w="3977" w:type="dxa"/>
            <w:gridSpan w:val="2"/>
          </w:tcPr>
          <w:p w:rsidR="00AF1C03" w:rsidRPr="00C93158" w:rsidRDefault="00AF1C03" w:rsidP="00AF1C03">
            <w:pPr>
              <w:pStyle w:val="TableParagraph"/>
              <w:spacing w:line="292" w:lineRule="auto"/>
              <w:ind w:right="224"/>
            </w:pPr>
            <w:r w:rsidRPr="00C93158">
              <w:t>ОБЩЕЕ</w:t>
            </w:r>
            <w:r w:rsidR="00923722">
              <w:t xml:space="preserve"> </w:t>
            </w:r>
            <w:r w:rsidRPr="00C93158">
              <w:t>КОЛИЧЕСТВО</w:t>
            </w:r>
            <w:r w:rsidR="00923722">
              <w:t xml:space="preserve"> </w:t>
            </w:r>
            <w:r w:rsidRPr="00C93158">
              <w:t>ЧАСОВ</w:t>
            </w:r>
            <w:r w:rsidR="00923722">
              <w:t xml:space="preserve"> </w:t>
            </w:r>
            <w:r w:rsidRPr="00C93158">
              <w:t>ПО</w:t>
            </w:r>
            <w:r w:rsidR="00923722">
              <w:t xml:space="preserve"> </w:t>
            </w:r>
            <w:r w:rsidRPr="00C93158">
              <w:t>ПРОГРАММЕ</w:t>
            </w:r>
          </w:p>
        </w:tc>
        <w:tc>
          <w:tcPr>
            <w:tcW w:w="709" w:type="dxa"/>
          </w:tcPr>
          <w:p w:rsidR="00AF1C03" w:rsidRPr="00C93158" w:rsidRDefault="00AF1C03" w:rsidP="00AF1C03">
            <w:pPr>
              <w:pStyle w:val="TableParagraph"/>
            </w:pPr>
            <w:r w:rsidRPr="00C93158">
              <w:t>17</w:t>
            </w:r>
          </w:p>
        </w:tc>
        <w:tc>
          <w:tcPr>
            <w:tcW w:w="1835" w:type="dxa"/>
          </w:tcPr>
          <w:p w:rsidR="00AF1C03" w:rsidRPr="00C93158" w:rsidRDefault="00923722" w:rsidP="00AF1C03">
            <w:pPr>
              <w:pStyle w:val="TableParagraph"/>
            </w:pPr>
            <w:r>
              <w:t>2</w:t>
            </w:r>
          </w:p>
        </w:tc>
        <w:tc>
          <w:tcPr>
            <w:tcW w:w="1762" w:type="dxa"/>
          </w:tcPr>
          <w:p w:rsidR="00AF1C03" w:rsidRPr="00C93158" w:rsidRDefault="00AF1C03" w:rsidP="00AF1C03">
            <w:pPr>
              <w:pStyle w:val="TableParagraph"/>
              <w:ind w:left="77"/>
            </w:pPr>
            <w:r w:rsidRPr="00C93158">
              <w:t>0</w:t>
            </w:r>
          </w:p>
        </w:tc>
        <w:tc>
          <w:tcPr>
            <w:tcW w:w="3065" w:type="dxa"/>
            <w:gridSpan w:val="2"/>
          </w:tcPr>
          <w:p w:rsidR="00AF1C03" w:rsidRPr="00C93158" w:rsidRDefault="00AF1C03" w:rsidP="00AF1C03">
            <w:pPr>
              <w:pStyle w:val="TableParagraph"/>
              <w:spacing w:before="0"/>
              <w:ind w:left="0"/>
            </w:pPr>
          </w:p>
        </w:tc>
      </w:tr>
    </w:tbl>
    <w:p w:rsidR="00F260F1" w:rsidRPr="00C93158" w:rsidRDefault="00F260F1" w:rsidP="00F260F1">
      <w:pPr>
        <w:spacing w:line="292" w:lineRule="auto"/>
        <w:rPr>
          <w:rFonts w:ascii="Times New Roman" w:hAnsi="Times New Roman" w:cs="Times New Roman"/>
        </w:rPr>
        <w:sectPr w:rsidR="00F260F1" w:rsidRPr="00C93158" w:rsidSect="008F2711">
          <w:pgSz w:w="16840" w:h="11900" w:orient="landscape"/>
          <w:pgMar w:top="560" w:right="520" w:bottom="560" w:left="280" w:header="720" w:footer="720" w:gutter="0"/>
          <w:cols w:space="720"/>
        </w:sectPr>
      </w:pPr>
    </w:p>
    <w:p w:rsidR="00F260F1" w:rsidRDefault="00F260F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4327FA" w:rsidRPr="00F260F1" w:rsidRDefault="00F260F1">
      <w:pPr>
        <w:autoSpaceDE w:val="0"/>
        <w:autoSpaceDN w:val="0"/>
        <w:spacing w:after="0" w:line="230" w:lineRule="auto"/>
        <w:rPr>
          <w:lang w:val="ru-RU"/>
        </w:rPr>
      </w:pPr>
      <w:r w:rsidRPr="00F260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327FA" w:rsidRPr="00F260F1" w:rsidRDefault="00F260F1">
      <w:pPr>
        <w:autoSpaceDE w:val="0"/>
        <w:autoSpaceDN w:val="0"/>
        <w:spacing w:before="346" w:after="0" w:line="230" w:lineRule="auto"/>
        <w:rPr>
          <w:lang w:val="ru-RU"/>
        </w:rPr>
      </w:pPr>
      <w:r w:rsidRPr="00F260F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327FA" w:rsidRPr="00587BF8" w:rsidRDefault="00F260F1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Музыка, 5 класс /</w:t>
      </w:r>
      <w:bookmarkStart w:id="2" w:name="_Hlk111664661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Сергеева Г.П., Критская Е.Д., </w:t>
      </w:r>
      <w:bookmarkEnd w:id="2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Акционерное общество «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327FA" w:rsidRPr="00587BF8" w:rsidRDefault="00F260F1">
      <w:pPr>
        <w:autoSpaceDE w:val="0"/>
        <w:autoSpaceDN w:val="0"/>
        <w:spacing w:before="262" w:after="0" w:line="230" w:lineRule="auto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327FA" w:rsidRDefault="00F260F1">
      <w:pPr>
        <w:autoSpaceDE w:val="0"/>
        <w:autoSpaceDN w:val="0"/>
        <w:spacing w:before="166"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УМК: Сергеева Г. П., Критская Е. Д. «Музыка» (5 класс) Издательство «Просвещение»</w:t>
      </w:r>
      <w:r w:rsidRPr="00587BF8">
        <w:rPr>
          <w:lang w:val="ru-RU"/>
        </w:rPr>
        <w:br/>
      </w: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Актуальные проблемы теории и методики музыкального воспитания в школе: очерки. Кн. 1 / сост. и науч. ред. Л. В. Горюнова. — М., 1991.</w:t>
      </w:r>
    </w:p>
    <w:p w:rsidR="004327FA" w:rsidRPr="00587BF8" w:rsidRDefault="00F260F1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помощь учителю 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музыки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:С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ценарий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уроков.-Выпуск 1. -</w:t>
      </w:r>
      <w:proofErr w:type="spell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Уфа</w:t>
      </w:r>
      <w:proofErr w:type="gramStart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:И</w:t>
      </w:r>
      <w:proofErr w:type="gram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>здательство</w:t>
      </w:r>
      <w:proofErr w:type="spellEnd"/>
      <w:r w:rsidRPr="00587BF8">
        <w:rPr>
          <w:rFonts w:ascii="Times New Roman" w:eastAsia="Times New Roman" w:hAnsi="Times New Roman"/>
          <w:color w:val="000000"/>
          <w:sz w:val="24"/>
          <w:lang w:val="ru-RU"/>
        </w:rPr>
        <w:t xml:space="preserve"> ИРО РБ, 2014 Галина Г.С. Из истории башкирской музыкальной культуры6Пособие по культуре Башкортостана / ИРО РБ.-2000.</w:t>
      </w:r>
    </w:p>
    <w:p w:rsidR="004327FA" w:rsidRPr="00587BF8" w:rsidRDefault="00F260F1">
      <w:pPr>
        <w:autoSpaceDE w:val="0"/>
        <w:autoSpaceDN w:val="0"/>
        <w:spacing w:before="262" w:after="0" w:line="230" w:lineRule="auto"/>
        <w:rPr>
          <w:lang w:val="ru-RU"/>
        </w:rPr>
      </w:pPr>
      <w:r w:rsidRPr="00587BF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327FA" w:rsidRPr="001376F1" w:rsidRDefault="00F260F1">
      <w:pPr>
        <w:autoSpaceDE w:val="0"/>
        <w:autoSpaceDN w:val="0"/>
        <w:spacing w:before="166" w:after="0" w:line="262" w:lineRule="auto"/>
        <w:ind w:right="864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/ - портал Министерства образования РФ. В разделе методическая литература выложены электронные версии методических пособий по музыке.</w:t>
      </w:r>
    </w:p>
    <w:p w:rsidR="00F260F1" w:rsidRPr="001376F1" w:rsidRDefault="00F260F1">
      <w:pPr>
        <w:autoSpaceDE w:val="0"/>
        <w:autoSpaceDN w:val="0"/>
        <w:spacing w:before="70" w:after="0" w:line="281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proofErr w:type="gramStart"/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playmusic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org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 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creatingmusic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com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 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music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/ </w:t>
      </w:r>
      <w:r w:rsidRPr="001376F1">
        <w:rPr>
          <w:rFonts w:ascii="Times New Roman" w:hAnsi="Times New Roman" w:cs="Times New Roman"/>
          <w:lang w:val="ru-RU"/>
        </w:rPr>
        <w:br/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pedsovet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Brainin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index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html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- семинар директора музыкальной школы в Ганновере Валерия Борисовича Брайнина "Развитие музыкального мышления у детей" (с видеофрагментами).</w:t>
      </w:r>
      <w:proofErr w:type="gram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Методика изучения ритма. </w:t>
      </w:r>
      <w:proofErr w:type="gramStart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Выложен</w:t>
      </w:r>
      <w:proofErr w:type="gram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на сайте 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music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1376F1">
        <w:rPr>
          <w:rFonts w:ascii="Times New Roman" w:hAnsi="Times New Roman" w:cs="Times New Roman"/>
          <w:lang w:val="ru-RU"/>
        </w:rPr>
        <w:br/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1376F1">
        <w:rPr>
          <w:rFonts w:ascii="Times New Roman" w:eastAsia="Times New Roman" w:hAnsi="Times New Roman" w:cs="Times New Roman"/>
          <w:color w:val="000000"/>
          <w:sz w:val="24"/>
        </w:rPr>
        <w:t>sfskids</w:t>
      </w:r>
      <w:proofErr w:type="spellEnd"/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1376F1">
        <w:rPr>
          <w:rFonts w:ascii="Times New Roman" w:eastAsia="Times New Roman" w:hAnsi="Times New Roman" w:cs="Times New Roman"/>
          <w:color w:val="000000"/>
          <w:sz w:val="24"/>
        </w:rPr>
        <w:t>org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–</w:t>
      </w:r>
    </w:p>
    <w:p w:rsidR="00F260F1" w:rsidRPr="001376F1" w:rsidRDefault="00230673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hyperlink r:id="rId9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nyphilkids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org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</w:hyperlink>
      <w:r w:rsidR="00F260F1" w:rsidRPr="001376F1">
        <w:rPr>
          <w:rFonts w:ascii="Times New Roman" w:hAnsi="Times New Roman" w:cs="Times New Roman"/>
          <w:lang w:val="ru-RU"/>
        </w:rPr>
        <w:t xml:space="preserve">-влабораториипоизготовлениюмузыкальныхинструментоввысможетеполучить подробную инструкцию о том, как сделать из подручного материала </w:t>
      </w:r>
      <w:proofErr w:type="spellStart"/>
      <w:proofErr w:type="gramStart"/>
      <w:r w:rsidR="00F260F1" w:rsidRPr="001376F1">
        <w:rPr>
          <w:rFonts w:ascii="Times New Roman" w:hAnsi="Times New Roman" w:cs="Times New Roman"/>
          <w:lang w:val="ru-RU"/>
        </w:rPr>
        <w:t>музыкальныйинструмент</w:t>
      </w:r>
      <w:proofErr w:type="spellEnd"/>
      <w:r w:rsidR="00F260F1" w:rsidRPr="001376F1">
        <w:rPr>
          <w:rFonts w:ascii="Times New Roman" w:hAnsi="Times New Roman" w:cs="Times New Roman"/>
          <w:lang w:val="ru-RU"/>
        </w:rPr>
        <w:t>(</w:t>
      </w:r>
      <w:proofErr w:type="gramEnd"/>
      <w:r w:rsidR="00F260F1" w:rsidRPr="001376F1">
        <w:rPr>
          <w:rFonts w:ascii="Times New Roman" w:hAnsi="Times New Roman" w:cs="Times New Roman"/>
          <w:lang w:val="ru-RU"/>
        </w:rPr>
        <w:t xml:space="preserve">например, кастаньеты </w:t>
      </w:r>
      <w:proofErr w:type="spellStart"/>
      <w:r w:rsidR="00F260F1" w:rsidRPr="001376F1">
        <w:rPr>
          <w:rFonts w:ascii="Times New Roman" w:hAnsi="Times New Roman" w:cs="Times New Roman"/>
          <w:lang w:val="ru-RU"/>
        </w:rPr>
        <w:t>изпуговиц</w:t>
      </w:r>
      <w:proofErr w:type="spellEnd"/>
      <w:r w:rsidR="00F260F1" w:rsidRPr="001376F1">
        <w:rPr>
          <w:rFonts w:ascii="Times New Roman" w:hAnsi="Times New Roman" w:cs="Times New Roman"/>
          <w:lang w:val="ru-RU"/>
        </w:rPr>
        <w:t>)</w:t>
      </w:r>
    </w:p>
    <w:p w:rsidR="00F260F1" w:rsidRPr="001376F1" w:rsidRDefault="00230673" w:rsidP="00F260F1">
      <w:pPr>
        <w:pStyle w:val="af"/>
        <w:ind w:right="278"/>
        <w:jc w:val="both"/>
        <w:rPr>
          <w:rFonts w:ascii="Times New Roman" w:hAnsi="Times New Roman" w:cs="Times New Roman"/>
          <w:lang w:val="ru-RU"/>
        </w:rPr>
      </w:pPr>
      <w:hyperlink r:id="rId10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pbs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org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jazz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kids</w:t>
        </w:r>
        <w:r w:rsidR="00F260F1" w:rsidRPr="001376F1">
          <w:rPr>
            <w:rFonts w:ascii="Times New Roman" w:hAnsi="Times New Roman" w:cs="Times New Roman"/>
            <w:lang w:val="ru-RU"/>
          </w:rPr>
          <w:t xml:space="preserve">/ </w:t>
        </w:r>
      </w:hyperlink>
      <w:r w:rsidR="00F260F1" w:rsidRPr="001376F1">
        <w:rPr>
          <w:rFonts w:ascii="Times New Roman" w:hAnsi="Times New Roman" w:cs="Times New Roman"/>
          <w:lang w:val="ru-RU"/>
        </w:rPr>
        <w:t xml:space="preserve">- сайт для детей по истории джаза, включает биографии </w:t>
      </w:r>
      <w:proofErr w:type="spellStart"/>
      <w:r w:rsidR="00F260F1" w:rsidRPr="001376F1">
        <w:rPr>
          <w:rFonts w:ascii="Times New Roman" w:hAnsi="Times New Roman" w:cs="Times New Roman"/>
          <w:lang w:val="ru-RU"/>
        </w:rPr>
        <w:t>великихджазменов</w:t>
      </w:r>
      <w:proofErr w:type="spellEnd"/>
      <w:r w:rsidR="00F260F1" w:rsidRPr="001376F1">
        <w:rPr>
          <w:rFonts w:ascii="Times New Roman" w:hAnsi="Times New Roman" w:cs="Times New Roman"/>
          <w:lang w:val="ru-RU"/>
        </w:rPr>
        <w:t>, интерактивную ленту времени истории джаза, интерактивный раздел, в котором ребенокможетсоставитьджазовыйансамбльиуслышать</w:t>
      </w:r>
      <w:proofErr w:type="gramStart"/>
      <w:r w:rsidR="00F260F1" w:rsidRPr="001376F1">
        <w:rPr>
          <w:rFonts w:ascii="Times New Roman" w:hAnsi="Times New Roman" w:cs="Times New Roman"/>
          <w:lang w:val="ru-RU"/>
        </w:rPr>
        <w:t>,какзвучитпастушьяпеснявтакомсоставе</w:t>
      </w:r>
      <w:proofErr w:type="gramEnd"/>
    </w:p>
    <w:p w:rsidR="00F260F1" w:rsidRPr="001376F1" w:rsidRDefault="00230673" w:rsidP="00F260F1">
      <w:pPr>
        <w:pStyle w:val="af"/>
        <w:ind w:right="909"/>
        <w:jc w:val="both"/>
        <w:rPr>
          <w:rFonts w:ascii="Times New Roman" w:hAnsi="Times New Roman" w:cs="Times New Roman"/>
          <w:lang w:val="ru-RU"/>
        </w:rPr>
      </w:pPr>
      <w:hyperlink r:id="rId11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school</w:t>
        </w:r>
        <w:r w:rsidR="00F260F1" w:rsidRPr="001376F1">
          <w:rPr>
            <w:rFonts w:ascii="Times New Roman" w:hAnsi="Times New Roman" w:cs="Times New Roman"/>
            <w:lang w:val="ru-RU"/>
          </w:rPr>
          <w:t>-</w:t>
        </w:r>
        <w:r w:rsidR="00F260F1" w:rsidRPr="001376F1">
          <w:rPr>
            <w:rFonts w:ascii="Times New Roman" w:hAnsi="Times New Roman" w:cs="Times New Roman"/>
          </w:rPr>
          <w:t>collection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edu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ru</w:t>
        </w:r>
        <w:proofErr w:type="spellEnd"/>
      </w:hyperlink>
      <w:r w:rsidR="00F260F1" w:rsidRPr="001376F1">
        <w:rPr>
          <w:rFonts w:ascii="Times New Roman" w:hAnsi="Times New Roman" w:cs="Times New Roman"/>
          <w:lang w:val="ru-RU"/>
        </w:rPr>
        <w:t>– образовательный ресурс по разным предметам в разделе музыкабольшоеколичествомузыкальныхфайловкпрограммам</w:t>
      </w:r>
      <w:proofErr w:type="gramStart"/>
      <w:r w:rsidR="00F260F1" w:rsidRPr="001376F1">
        <w:rPr>
          <w:rFonts w:ascii="Times New Roman" w:hAnsi="Times New Roman" w:cs="Times New Roman"/>
          <w:lang w:val="ru-RU"/>
        </w:rPr>
        <w:t>,возможнасортировкапоклассу</w:t>
      </w:r>
      <w:proofErr w:type="gramEnd"/>
      <w:r w:rsidR="00F260F1" w:rsidRPr="001376F1">
        <w:rPr>
          <w:rFonts w:ascii="Times New Roman" w:hAnsi="Times New Roman" w:cs="Times New Roman"/>
          <w:lang w:val="ru-RU"/>
        </w:rPr>
        <w:t>.</w:t>
      </w:r>
    </w:p>
    <w:p w:rsidR="00F260F1" w:rsidRPr="001376F1" w:rsidRDefault="00F260F1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hAnsi="Times New Roman" w:cs="Times New Roman"/>
          <w:lang w:val="ru-RU"/>
        </w:rPr>
        <w:lastRenderedPageBreak/>
        <w:t>Представленывидеофрагмент</w:t>
      </w:r>
      <w:proofErr w:type="gramStart"/>
      <w:r w:rsidRPr="001376F1">
        <w:rPr>
          <w:rFonts w:ascii="Times New Roman" w:hAnsi="Times New Roman" w:cs="Times New Roman"/>
          <w:lang w:val="ru-RU"/>
        </w:rPr>
        <w:t>ы(</w:t>
      </w:r>
      <w:proofErr w:type="gramEnd"/>
      <w:r w:rsidRPr="001376F1">
        <w:rPr>
          <w:rFonts w:ascii="Times New Roman" w:hAnsi="Times New Roman" w:cs="Times New Roman"/>
          <w:lang w:val="ru-RU"/>
        </w:rPr>
        <w:t>небольшоеколичество),ифайлыфлэш-анимациикпрограмме</w:t>
      </w:r>
    </w:p>
    <w:p w:rsidR="00F260F1" w:rsidRPr="001376F1" w:rsidRDefault="00F260F1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hAnsi="Times New Roman" w:cs="Times New Roman"/>
          <w:lang w:val="ru-RU"/>
        </w:rPr>
        <w:t>«</w:t>
      </w:r>
      <w:proofErr w:type="spellStart"/>
      <w:r w:rsidRPr="001376F1">
        <w:rPr>
          <w:rFonts w:ascii="Times New Roman" w:hAnsi="Times New Roman" w:cs="Times New Roman"/>
          <w:lang w:val="ru-RU"/>
        </w:rPr>
        <w:t>Музыкальноеискусство</w:t>
      </w:r>
      <w:proofErr w:type="spellEnd"/>
      <w:proofErr w:type="gramStart"/>
      <w:r w:rsidRPr="001376F1">
        <w:rPr>
          <w:rFonts w:ascii="Times New Roman" w:hAnsi="Times New Roman" w:cs="Times New Roman"/>
          <w:lang w:val="ru-RU"/>
        </w:rPr>
        <w:t>»(</w:t>
      </w:r>
      <w:proofErr w:type="spellStart"/>
      <w:proofErr w:type="gramEnd"/>
      <w:r w:rsidRPr="001376F1">
        <w:rPr>
          <w:rFonts w:ascii="Times New Roman" w:hAnsi="Times New Roman" w:cs="Times New Roman"/>
          <w:lang w:val="ru-RU"/>
        </w:rPr>
        <w:t>Е.В.Усачева,Л.В.Школяр</w:t>
      </w:r>
      <w:proofErr w:type="spellEnd"/>
      <w:r w:rsidRPr="001376F1">
        <w:rPr>
          <w:rFonts w:ascii="Times New Roman" w:hAnsi="Times New Roman" w:cs="Times New Roman"/>
          <w:lang w:val="ru-RU"/>
        </w:rPr>
        <w:t>)</w:t>
      </w:r>
    </w:p>
    <w:p w:rsidR="00F260F1" w:rsidRPr="001376F1" w:rsidRDefault="00230673" w:rsidP="00F260F1">
      <w:pPr>
        <w:pStyle w:val="af"/>
        <w:ind w:right="193"/>
        <w:jc w:val="both"/>
        <w:rPr>
          <w:rFonts w:ascii="Times New Roman" w:hAnsi="Times New Roman" w:cs="Times New Roman"/>
          <w:lang w:val="ru-RU"/>
        </w:rPr>
      </w:pPr>
      <w:hyperlink r:id="rId12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it</w:t>
        </w:r>
        <w:r w:rsidR="00F260F1" w:rsidRPr="001376F1">
          <w:rPr>
            <w:rFonts w:ascii="Times New Roman" w:hAnsi="Times New Roman" w:cs="Times New Roman"/>
            <w:lang w:val="ru-RU"/>
          </w:rPr>
          <w:t>-</w:t>
        </w:r>
        <w:r w:rsidR="00F260F1" w:rsidRPr="001376F1">
          <w:rPr>
            <w:rFonts w:ascii="Times New Roman" w:hAnsi="Times New Roman" w:cs="Times New Roman"/>
          </w:rPr>
          <w:t>n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ru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/</w:t>
        </w:r>
      </w:hyperlink>
      <w:r w:rsidR="00F260F1" w:rsidRPr="001376F1">
        <w:rPr>
          <w:rFonts w:ascii="Times New Roman" w:hAnsi="Times New Roman" w:cs="Times New Roman"/>
          <w:lang w:val="ru-RU"/>
        </w:rPr>
        <w:t>-сетьтворческихучителей.Насайтесозданосообществомузыкальныхпедагогов</w:t>
      </w:r>
      <w:proofErr w:type="gramStart"/>
      <w:r w:rsidR="00F260F1" w:rsidRPr="001376F1">
        <w:rPr>
          <w:rFonts w:ascii="Times New Roman" w:hAnsi="Times New Roman" w:cs="Times New Roman"/>
          <w:lang w:val="ru-RU"/>
        </w:rPr>
        <w:t>,гдесреди</w:t>
      </w:r>
      <w:proofErr w:type="gramEnd"/>
      <w:r w:rsidR="00F260F1" w:rsidRPr="001376F1">
        <w:rPr>
          <w:rFonts w:ascii="Times New Roman" w:hAnsi="Times New Roman" w:cs="Times New Roman"/>
          <w:lang w:val="ru-RU"/>
        </w:rPr>
        <w:t xml:space="preserve"> прочих </w:t>
      </w:r>
      <w:proofErr w:type="spellStart"/>
      <w:r w:rsidR="00F260F1" w:rsidRPr="001376F1">
        <w:rPr>
          <w:rFonts w:ascii="Times New Roman" w:hAnsi="Times New Roman" w:cs="Times New Roman"/>
          <w:lang w:val="ru-RU"/>
        </w:rPr>
        <w:t>материалов,естьразработки</w:t>
      </w:r>
      <w:proofErr w:type="spellEnd"/>
      <w:r w:rsidR="00F260F1" w:rsidRPr="001376F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260F1" w:rsidRPr="001376F1">
        <w:rPr>
          <w:rFonts w:ascii="Times New Roman" w:hAnsi="Times New Roman" w:cs="Times New Roman"/>
          <w:lang w:val="ru-RU"/>
        </w:rPr>
        <w:t>уроковмузыки</w:t>
      </w:r>
      <w:proofErr w:type="spellEnd"/>
      <w:r w:rsidR="00F260F1" w:rsidRPr="001376F1">
        <w:rPr>
          <w:rFonts w:ascii="Times New Roman" w:hAnsi="Times New Roman" w:cs="Times New Roman"/>
          <w:lang w:val="ru-RU"/>
        </w:rPr>
        <w:t>.</w:t>
      </w:r>
    </w:p>
    <w:p w:rsidR="00F260F1" w:rsidRPr="001376F1" w:rsidRDefault="00230673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hyperlink r:id="rId13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maykapar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ru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/-</w:t>
        </w:r>
      </w:hyperlink>
      <w:r w:rsidR="00F260F1" w:rsidRPr="001376F1">
        <w:rPr>
          <w:rFonts w:ascii="Times New Roman" w:hAnsi="Times New Roman" w:cs="Times New Roman"/>
          <w:lang w:val="ru-RU"/>
        </w:rPr>
        <w:t>насайтекомпозиторапредставленомножествоматериалов</w:t>
      </w:r>
      <w:proofErr w:type="gramStart"/>
      <w:r w:rsidR="00F260F1" w:rsidRPr="001376F1">
        <w:rPr>
          <w:rFonts w:ascii="Times New Roman" w:hAnsi="Times New Roman" w:cs="Times New Roman"/>
          <w:lang w:val="ru-RU"/>
        </w:rPr>
        <w:t>,которыеможноиспользоватьвобразовательном</w:t>
      </w:r>
      <w:proofErr w:type="gramEnd"/>
      <w:r w:rsidR="00F260F1" w:rsidRPr="001376F1">
        <w:rPr>
          <w:rFonts w:ascii="Times New Roman" w:hAnsi="Times New Roman" w:cs="Times New Roman"/>
          <w:lang w:val="ru-RU"/>
        </w:rPr>
        <w:t xml:space="preserve"> процессе.</w:t>
      </w:r>
    </w:p>
    <w:p w:rsidR="00F260F1" w:rsidRPr="001376F1" w:rsidRDefault="00230673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hyperlink r:id="rId14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sonata</w:t>
        </w:r>
        <w:r w:rsidR="00F260F1" w:rsidRPr="001376F1">
          <w:rPr>
            <w:rFonts w:ascii="Times New Roman" w:hAnsi="Times New Roman" w:cs="Times New Roman"/>
            <w:lang w:val="ru-RU"/>
          </w:rPr>
          <w:t>-</w:t>
        </w:r>
        <w:proofErr w:type="spellStart"/>
        <w:r w:rsidR="00F260F1" w:rsidRPr="001376F1">
          <w:rPr>
            <w:rFonts w:ascii="Times New Roman" w:hAnsi="Times New Roman" w:cs="Times New Roman"/>
          </w:rPr>
          <w:t>etc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ru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main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html</w:t>
        </w:r>
      </w:hyperlink>
      <w:r w:rsidR="00F260F1" w:rsidRPr="001376F1">
        <w:rPr>
          <w:rFonts w:ascii="Times New Roman" w:hAnsi="Times New Roman" w:cs="Times New Roman"/>
          <w:lang w:val="ru-RU"/>
        </w:rPr>
        <w:t>-сайтдискаСоната–нетолькоклассика</w:t>
      </w:r>
      <w:proofErr w:type="gramStart"/>
      <w:r w:rsidR="00F260F1" w:rsidRPr="001376F1">
        <w:rPr>
          <w:rFonts w:ascii="Times New Roman" w:hAnsi="Times New Roman" w:cs="Times New Roman"/>
          <w:lang w:val="ru-RU"/>
        </w:rPr>
        <w:t>,включенноговпоставкуцифровыхобразовательныхресурсовКомитетапообразованиюСанкт</w:t>
      </w:r>
      <w:proofErr w:type="gramEnd"/>
      <w:r w:rsidR="00F260F1" w:rsidRPr="001376F1">
        <w:rPr>
          <w:rFonts w:ascii="Times New Roman" w:hAnsi="Times New Roman" w:cs="Times New Roman"/>
          <w:lang w:val="ru-RU"/>
        </w:rPr>
        <w:t>-Петербурга2008г.</w:t>
      </w:r>
    </w:p>
    <w:p w:rsidR="00F260F1" w:rsidRPr="001376F1" w:rsidRDefault="00230673" w:rsidP="00F260F1">
      <w:pPr>
        <w:pStyle w:val="af"/>
        <w:jc w:val="both"/>
        <w:rPr>
          <w:rFonts w:ascii="Times New Roman" w:hAnsi="Times New Roman" w:cs="Times New Roman"/>
          <w:lang w:val="ru-RU"/>
        </w:rPr>
      </w:pPr>
      <w:hyperlink r:id="rId15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merlot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org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merlot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materials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htm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?</w:t>
        </w:r>
        <w:r w:rsidR="00F260F1" w:rsidRPr="001376F1">
          <w:rPr>
            <w:rFonts w:ascii="Times New Roman" w:hAnsi="Times New Roman" w:cs="Times New Roman"/>
          </w:rPr>
          <w:t>page</w:t>
        </w:r>
        <w:r w:rsidR="00F260F1" w:rsidRPr="001376F1">
          <w:rPr>
            <w:rFonts w:ascii="Times New Roman" w:hAnsi="Times New Roman" w:cs="Times New Roman"/>
            <w:lang w:val="ru-RU"/>
          </w:rPr>
          <w:t>=5</w:t>
        </w:r>
      </w:hyperlink>
      <w:r w:rsidR="00F260F1" w:rsidRPr="001376F1">
        <w:rPr>
          <w:rFonts w:ascii="Times New Roman" w:hAnsi="Times New Roman" w:cs="Times New Roman"/>
          <w:lang w:val="ru-RU"/>
        </w:rPr>
        <w:t>-образовательныепроекты</w:t>
      </w:r>
    </w:p>
    <w:p w:rsidR="00F260F1" w:rsidRPr="001376F1" w:rsidRDefault="00230673" w:rsidP="00F260F1">
      <w:pPr>
        <w:pStyle w:val="af"/>
        <w:spacing w:line="292" w:lineRule="auto"/>
        <w:rPr>
          <w:rFonts w:ascii="Times New Roman" w:hAnsi="Times New Roman" w:cs="Times New Roman"/>
          <w:lang w:val="ru-RU"/>
        </w:rPr>
      </w:pPr>
      <w:hyperlink r:id="rId16">
        <w:r w:rsidR="00F260F1" w:rsidRPr="001376F1">
          <w:rPr>
            <w:rFonts w:ascii="Times New Roman" w:hAnsi="Times New Roman" w:cs="Times New Roman"/>
          </w:rPr>
          <w:t>http</w:t>
        </w:r>
        <w:r w:rsidR="00F260F1" w:rsidRPr="001376F1">
          <w:rPr>
            <w:rFonts w:ascii="Times New Roman" w:hAnsi="Times New Roman" w:cs="Times New Roman"/>
            <w:lang w:val="ru-RU"/>
          </w:rPr>
          <w:t>://</w:t>
        </w:r>
        <w:proofErr w:type="spellStart"/>
        <w:r w:rsidR="00F260F1" w:rsidRPr="001376F1">
          <w:rPr>
            <w:rFonts w:ascii="Times New Roman" w:hAnsi="Times New Roman" w:cs="Times New Roman"/>
          </w:rPr>
          <w:t>listeningadventures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proofErr w:type="spellStart"/>
        <w:r w:rsidR="00F260F1" w:rsidRPr="001376F1">
          <w:rPr>
            <w:rFonts w:ascii="Times New Roman" w:hAnsi="Times New Roman" w:cs="Times New Roman"/>
          </w:rPr>
          <w:t>carnegiehall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org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proofErr w:type="spellStart"/>
        <w:r w:rsidR="00F260F1" w:rsidRPr="001376F1">
          <w:rPr>
            <w:rFonts w:ascii="Times New Roman" w:hAnsi="Times New Roman" w:cs="Times New Roman"/>
          </w:rPr>
          <w:t>nws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/</w:t>
        </w:r>
        <w:r w:rsidR="00F260F1" w:rsidRPr="001376F1">
          <w:rPr>
            <w:rFonts w:ascii="Times New Roman" w:hAnsi="Times New Roman" w:cs="Times New Roman"/>
          </w:rPr>
          <w:t>high</w:t>
        </w:r>
        <w:r w:rsidR="00F260F1" w:rsidRPr="001376F1">
          <w:rPr>
            <w:rFonts w:ascii="Times New Roman" w:hAnsi="Times New Roman" w:cs="Times New Roman"/>
            <w:lang w:val="ru-RU"/>
          </w:rPr>
          <w:t>/</w:t>
        </w:r>
        <w:proofErr w:type="spellStart"/>
        <w:r w:rsidR="00F260F1" w:rsidRPr="001376F1">
          <w:rPr>
            <w:rFonts w:ascii="Times New Roman" w:hAnsi="Times New Roman" w:cs="Times New Roman"/>
          </w:rPr>
          <w:t>Fmovement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1_</w:t>
        </w:r>
        <w:r w:rsidR="00F260F1" w:rsidRPr="001376F1">
          <w:rPr>
            <w:rFonts w:ascii="Times New Roman" w:hAnsi="Times New Roman" w:cs="Times New Roman"/>
          </w:rPr>
          <w:t>final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html</w:t>
        </w:r>
      </w:hyperlink>
      <w:r w:rsidR="00F260F1" w:rsidRPr="001376F1">
        <w:rPr>
          <w:rFonts w:ascii="Times New Roman" w:hAnsi="Times New Roman" w:cs="Times New Roman"/>
          <w:lang w:val="ru-RU"/>
        </w:rPr>
        <w:t>–интерактивныймодульпо9симфонииДворжака.</w:t>
      </w:r>
    </w:p>
    <w:p w:rsidR="00F260F1" w:rsidRPr="001376F1" w:rsidRDefault="00230673" w:rsidP="00F260F1">
      <w:pPr>
        <w:pStyle w:val="af"/>
        <w:rPr>
          <w:rFonts w:ascii="Times New Roman" w:hAnsi="Times New Roman" w:cs="Times New Roman"/>
          <w:lang w:val="ru-RU"/>
        </w:rPr>
      </w:pPr>
      <w:hyperlink r:id="rId17">
        <w:r w:rsidR="00F260F1" w:rsidRPr="001376F1">
          <w:rPr>
            <w:rFonts w:ascii="Times New Roman" w:hAnsi="Times New Roman" w:cs="Times New Roman"/>
          </w:rPr>
          <w:t>www</w:t>
        </w:r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little</w:t>
        </w:r>
        <w:r w:rsidR="00F260F1" w:rsidRPr="001376F1">
          <w:rPr>
            <w:rFonts w:ascii="Times New Roman" w:hAnsi="Times New Roman" w:cs="Times New Roman"/>
            <w:lang w:val="ru-RU"/>
          </w:rPr>
          <w:t>-</w:t>
        </w:r>
        <w:proofErr w:type="spellStart"/>
        <w:r w:rsidR="00F260F1" w:rsidRPr="001376F1">
          <w:rPr>
            <w:rFonts w:ascii="Times New Roman" w:hAnsi="Times New Roman" w:cs="Times New Roman"/>
          </w:rPr>
          <w:t>amadeus</w:t>
        </w:r>
        <w:proofErr w:type="spellEnd"/>
        <w:r w:rsidR="00F260F1" w:rsidRPr="001376F1">
          <w:rPr>
            <w:rFonts w:ascii="Times New Roman" w:hAnsi="Times New Roman" w:cs="Times New Roman"/>
            <w:lang w:val="ru-RU"/>
          </w:rPr>
          <w:t>.</w:t>
        </w:r>
        <w:r w:rsidR="00F260F1" w:rsidRPr="001376F1">
          <w:rPr>
            <w:rFonts w:ascii="Times New Roman" w:hAnsi="Times New Roman" w:cs="Times New Roman"/>
          </w:rPr>
          <w:t>com</w:t>
        </w:r>
      </w:hyperlink>
      <w:r w:rsidR="00F260F1" w:rsidRPr="001376F1">
        <w:rPr>
          <w:rFonts w:ascii="Times New Roman" w:hAnsi="Times New Roman" w:cs="Times New Roman"/>
          <w:lang w:val="ru-RU"/>
        </w:rPr>
        <w:t>–</w:t>
      </w:r>
      <w:proofErr w:type="spellStart"/>
      <w:r w:rsidR="00F260F1" w:rsidRPr="001376F1">
        <w:rPr>
          <w:rFonts w:ascii="Times New Roman" w:hAnsi="Times New Roman" w:cs="Times New Roman"/>
          <w:lang w:val="ru-RU"/>
        </w:rPr>
        <w:t>интерактивныйобразовательныйсайт</w:t>
      </w:r>
      <w:proofErr w:type="spellEnd"/>
    </w:p>
    <w:p w:rsidR="00C93158" w:rsidRDefault="008322BD" w:rsidP="00C9315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hAnsi="Times New Roman" w:cs="Times New Roman"/>
          <w:lang w:val="ru-RU"/>
        </w:rPr>
        <w:t xml:space="preserve">Наглядные пособия </w:t>
      </w:r>
    </w:p>
    <w:p w:rsidR="008322BD" w:rsidRPr="001376F1" w:rsidRDefault="008322BD" w:rsidP="00C9315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1. Портреты композиторов.</w:t>
      </w:r>
    </w:p>
    <w:p w:rsidR="008322BD" w:rsidRPr="001376F1" w:rsidRDefault="008322BD" w:rsidP="00C93158">
      <w:pPr>
        <w:autoSpaceDE w:val="0"/>
        <w:autoSpaceDN w:val="0"/>
        <w:spacing w:before="70" w:after="0" w:line="240" w:lineRule="auto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2. Альбомы с демонстрационным материалом.</w:t>
      </w:r>
    </w:p>
    <w:p w:rsidR="008322BD" w:rsidRPr="001376F1" w:rsidRDefault="008322BD" w:rsidP="00C93158">
      <w:pPr>
        <w:autoSpaceDE w:val="0"/>
        <w:autoSpaceDN w:val="0"/>
        <w:spacing w:before="72" w:after="0" w:line="240" w:lineRule="auto"/>
        <w:ind w:right="576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3. Фотографии и репродукции картин художников и крупнейших центров мировой музыкальной культуры.</w:t>
      </w:r>
    </w:p>
    <w:p w:rsidR="008322BD" w:rsidRPr="001376F1" w:rsidRDefault="008322BD">
      <w:pPr>
        <w:rPr>
          <w:rFonts w:ascii="Times New Roman" w:hAnsi="Times New Roman" w:cs="Times New Roman"/>
          <w:lang w:val="ru-RU"/>
        </w:rPr>
        <w:sectPr w:rsidR="008322BD" w:rsidRPr="001376F1" w:rsidSect="008F2711">
          <w:pgSz w:w="16840" w:h="11900" w:orient="landscape"/>
          <w:pgMar w:top="666" w:right="298" w:bottom="65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4327FA" w:rsidRPr="001376F1" w:rsidRDefault="004327FA">
      <w:pPr>
        <w:autoSpaceDE w:val="0"/>
        <w:autoSpaceDN w:val="0"/>
        <w:spacing w:after="78" w:line="220" w:lineRule="exact"/>
        <w:rPr>
          <w:rFonts w:ascii="Times New Roman" w:hAnsi="Times New Roman" w:cs="Times New Roman"/>
          <w:lang w:val="ru-RU"/>
        </w:rPr>
      </w:pPr>
    </w:p>
    <w:p w:rsidR="004327FA" w:rsidRPr="001376F1" w:rsidRDefault="00F260F1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327FA" w:rsidRPr="001376F1" w:rsidRDefault="00F260F1">
      <w:pPr>
        <w:autoSpaceDE w:val="0"/>
        <w:autoSpaceDN w:val="0"/>
        <w:spacing w:before="346" w:after="0" w:line="302" w:lineRule="auto"/>
        <w:ind w:right="2880"/>
        <w:rPr>
          <w:rFonts w:ascii="Times New Roman" w:hAnsi="Times New Roman" w:cs="Times New Roman"/>
          <w:lang w:val="ru-RU"/>
        </w:rPr>
      </w:pPr>
      <w:r w:rsidRPr="001376F1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УЧЕБНОЕ ОБОРУДОВАНИЕ </w:t>
      </w:r>
      <w:r w:rsidRPr="001376F1">
        <w:rPr>
          <w:rFonts w:ascii="Times New Roman" w:hAnsi="Times New Roman" w:cs="Times New Roman"/>
          <w:lang w:val="ru-RU"/>
        </w:rPr>
        <w:br/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Компьютер, телевизор, аудиоколонки, магнитофон, раздаточный материал</w:t>
      </w:r>
    </w:p>
    <w:p w:rsidR="00272A5C" w:rsidRDefault="00F260F1" w:rsidP="00F260F1">
      <w:pPr>
        <w:autoSpaceDE w:val="0"/>
        <w:autoSpaceDN w:val="0"/>
        <w:spacing w:before="262" w:after="0" w:line="302" w:lineRule="auto"/>
        <w:ind w:right="3024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1376F1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ОБОРУДОВАНИЕ ДЛЯ ПРОВЕДЕНИЯ ПРАКТИЧЕСКИХ РАБОТ</w:t>
      </w:r>
      <w:r w:rsidRPr="001376F1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</w:p>
    <w:p w:rsidR="00EF39EB" w:rsidRPr="001376F1" w:rsidRDefault="00EF39EB" w:rsidP="00F260F1">
      <w:pPr>
        <w:autoSpaceDE w:val="0"/>
        <w:autoSpaceDN w:val="0"/>
        <w:spacing w:before="262" w:after="0" w:line="302" w:lineRule="auto"/>
        <w:ind w:right="3024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-</w:t>
      </w:r>
    </w:p>
    <w:sectPr w:rsidR="00EF39EB" w:rsidRPr="001376F1" w:rsidSect="008F2711">
      <w:pgSz w:w="16840" w:h="11900" w:orient="landscape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BA5DA8"/>
    <w:multiLevelType w:val="hybridMultilevel"/>
    <w:tmpl w:val="7A322B44"/>
    <w:lvl w:ilvl="0" w:tplc="53B003C6">
      <w:start w:val="1"/>
      <w:numFmt w:val="decimal"/>
      <w:lvlText w:val="%1)"/>
      <w:lvlJc w:val="left"/>
      <w:pPr>
        <w:ind w:left="74" w:hanging="170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FEBACAC2">
      <w:numFmt w:val="bullet"/>
      <w:lvlText w:val="•"/>
      <w:lvlJc w:val="left"/>
      <w:pPr>
        <w:ind w:left="215" w:hanging="170"/>
      </w:pPr>
      <w:rPr>
        <w:rFonts w:hint="default"/>
        <w:lang w:val="ru-RU" w:eastAsia="en-US" w:bidi="ar-SA"/>
      </w:rPr>
    </w:lvl>
    <w:lvl w:ilvl="2" w:tplc="FFFAD498">
      <w:numFmt w:val="bullet"/>
      <w:lvlText w:val="•"/>
      <w:lvlJc w:val="left"/>
      <w:pPr>
        <w:ind w:left="351" w:hanging="170"/>
      </w:pPr>
      <w:rPr>
        <w:rFonts w:hint="default"/>
        <w:lang w:val="ru-RU" w:eastAsia="en-US" w:bidi="ar-SA"/>
      </w:rPr>
    </w:lvl>
    <w:lvl w:ilvl="3" w:tplc="6304FB58">
      <w:numFmt w:val="bullet"/>
      <w:lvlText w:val="•"/>
      <w:lvlJc w:val="left"/>
      <w:pPr>
        <w:ind w:left="487" w:hanging="170"/>
      </w:pPr>
      <w:rPr>
        <w:rFonts w:hint="default"/>
        <w:lang w:val="ru-RU" w:eastAsia="en-US" w:bidi="ar-SA"/>
      </w:rPr>
    </w:lvl>
    <w:lvl w:ilvl="4" w:tplc="234A2970">
      <w:numFmt w:val="bullet"/>
      <w:lvlText w:val="•"/>
      <w:lvlJc w:val="left"/>
      <w:pPr>
        <w:ind w:left="623" w:hanging="170"/>
      </w:pPr>
      <w:rPr>
        <w:rFonts w:hint="default"/>
        <w:lang w:val="ru-RU" w:eastAsia="en-US" w:bidi="ar-SA"/>
      </w:rPr>
    </w:lvl>
    <w:lvl w:ilvl="5" w:tplc="0A4A1B1C">
      <w:numFmt w:val="bullet"/>
      <w:lvlText w:val="•"/>
      <w:lvlJc w:val="left"/>
      <w:pPr>
        <w:ind w:left="759" w:hanging="170"/>
      </w:pPr>
      <w:rPr>
        <w:rFonts w:hint="default"/>
        <w:lang w:val="ru-RU" w:eastAsia="en-US" w:bidi="ar-SA"/>
      </w:rPr>
    </w:lvl>
    <w:lvl w:ilvl="6" w:tplc="73E6B422">
      <w:numFmt w:val="bullet"/>
      <w:lvlText w:val="•"/>
      <w:lvlJc w:val="left"/>
      <w:pPr>
        <w:ind w:left="894" w:hanging="170"/>
      </w:pPr>
      <w:rPr>
        <w:rFonts w:hint="default"/>
        <w:lang w:val="ru-RU" w:eastAsia="en-US" w:bidi="ar-SA"/>
      </w:rPr>
    </w:lvl>
    <w:lvl w:ilvl="7" w:tplc="05C83B50">
      <w:numFmt w:val="bullet"/>
      <w:lvlText w:val="•"/>
      <w:lvlJc w:val="left"/>
      <w:pPr>
        <w:ind w:left="1030" w:hanging="170"/>
      </w:pPr>
      <w:rPr>
        <w:rFonts w:hint="default"/>
        <w:lang w:val="ru-RU" w:eastAsia="en-US" w:bidi="ar-SA"/>
      </w:rPr>
    </w:lvl>
    <w:lvl w:ilvl="8" w:tplc="FCD65EC2">
      <w:numFmt w:val="bullet"/>
      <w:lvlText w:val="•"/>
      <w:lvlJc w:val="left"/>
      <w:pPr>
        <w:ind w:left="1166" w:hanging="170"/>
      </w:pPr>
      <w:rPr>
        <w:rFonts w:hint="default"/>
        <w:lang w:val="ru-RU" w:eastAsia="en-US" w:bidi="ar-SA"/>
      </w:rPr>
    </w:lvl>
  </w:abstractNum>
  <w:abstractNum w:abstractNumId="10">
    <w:nsid w:val="68E91274"/>
    <w:multiLevelType w:val="hybridMultilevel"/>
    <w:tmpl w:val="3D24FB22"/>
    <w:lvl w:ilvl="0" w:tplc="F3F21ADE">
      <w:start w:val="1"/>
      <w:numFmt w:val="decimal"/>
      <w:lvlText w:val="%1."/>
      <w:lvlJc w:val="left"/>
      <w:pPr>
        <w:ind w:left="193" w:hanging="119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0D0AA58E">
      <w:numFmt w:val="bullet"/>
      <w:lvlText w:val="•"/>
      <w:lvlJc w:val="left"/>
      <w:pPr>
        <w:ind w:left="425" w:hanging="119"/>
      </w:pPr>
      <w:rPr>
        <w:rFonts w:hint="default"/>
        <w:lang w:val="ru-RU" w:eastAsia="en-US" w:bidi="ar-SA"/>
      </w:rPr>
    </w:lvl>
    <w:lvl w:ilvl="2" w:tplc="AF32B89C">
      <w:numFmt w:val="bullet"/>
      <w:lvlText w:val="•"/>
      <w:lvlJc w:val="left"/>
      <w:pPr>
        <w:ind w:left="651" w:hanging="119"/>
      </w:pPr>
      <w:rPr>
        <w:rFonts w:hint="default"/>
        <w:lang w:val="ru-RU" w:eastAsia="en-US" w:bidi="ar-SA"/>
      </w:rPr>
    </w:lvl>
    <w:lvl w:ilvl="3" w:tplc="D02EFBDC">
      <w:numFmt w:val="bullet"/>
      <w:lvlText w:val="•"/>
      <w:lvlJc w:val="left"/>
      <w:pPr>
        <w:ind w:left="877" w:hanging="119"/>
      </w:pPr>
      <w:rPr>
        <w:rFonts w:hint="default"/>
        <w:lang w:val="ru-RU" w:eastAsia="en-US" w:bidi="ar-SA"/>
      </w:rPr>
    </w:lvl>
    <w:lvl w:ilvl="4" w:tplc="D63A1B00">
      <w:numFmt w:val="bullet"/>
      <w:lvlText w:val="•"/>
      <w:lvlJc w:val="left"/>
      <w:pPr>
        <w:ind w:left="1103" w:hanging="119"/>
      </w:pPr>
      <w:rPr>
        <w:rFonts w:hint="default"/>
        <w:lang w:val="ru-RU" w:eastAsia="en-US" w:bidi="ar-SA"/>
      </w:rPr>
    </w:lvl>
    <w:lvl w:ilvl="5" w:tplc="0E66CA48">
      <w:numFmt w:val="bullet"/>
      <w:lvlText w:val="•"/>
      <w:lvlJc w:val="left"/>
      <w:pPr>
        <w:ind w:left="1329" w:hanging="119"/>
      </w:pPr>
      <w:rPr>
        <w:rFonts w:hint="default"/>
        <w:lang w:val="ru-RU" w:eastAsia="en-US" w:bidi="ar-SA"/>
      </w:rPr>
    </w:lvl>
    <w:lvl w:ilvl="6" w:tplc="E7380A0E">
      <w:numFmt w:val="bullet"/>
      <w:lvlText w:val="•"/>
      <w:lvlJc w:val="left"/>
      <w:pPr>
        <w:ind w:left="1555" w:hanging="119"/>
      </w:pPr>
      <w:rPr>
        <w:rFonts w:hint="default"/>
        <w:lang w:val="ru-RU" w:eastAsia="en-US" w:bidi="ar-SA"/>
      </w:rPr>
    </w:lvl>
    <w:lvl w:ilvl="7" w:tplc="376A42B8">
      <w:numFmt w:val="bullet"/>
      <w:lvlText w:val="•"/>
      <w:lvlJc w:val="left"/>
      <w:pPr>
        <w:ind w:left="1781" w:hanging="119"/>
      </w:pPr>
      <w:rPr>
        <w:rFonts w:hint="default"/>
        <w:lang w:val="ru-RU" w:eastAsia="en-US" w:bidi="ar-SA"/>
      </w:rPr>
    </w:lvl>
    <w:lvl w:ilvl="8" w:tplc="15E40B26">
      <w:numFmt w:val="bullet"/>
      <w:lvlText w:val="•"/>
      <w:lvlJc w:val="left"/>
      <w:pPr>
        <w:ind w:left="2007" w:hanging="11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279A0"/>
    <w:rsid w:val="00034616"/>
    <w:rsid w:val="0006063C"/>
    <w:rsid w:val="001376F1"/>
    <w:rsid w:val="0015074B"/>
    <w:rsid w:val="00160DC5"/>
    <w:rsid w:val="00212125"/>
    <w:rsid w:val="00230673"/>
    <w:rsid w:val="00234D76"/>
    <w:rsid w:val="00243887"/>
    <w:rsid w:val="00272A5C"/>
    <w:rsid w:val="002956D9"/>
    <w:rsid w:val="0029639D"/>
    <w:rsid w:val="00326F90"/>
    <w:rsid w:val="0033364C"/>
    <w:rsid w:val="004327FA"/>
    <w:rsid w:val="0052761A"/>
    <w:rsid w:val="00535794"/>
    <w:rsid w:val="00580772"/>
    <w:rsid w:val="00587BF8"/>
    <w:rsid w:val="005C7598"/>
    <w:rsid w:val="0063316C"/>
    <w:rsid w:val="006F148C"/>
    <w:rsid w:val="007A1574"/>
    <w:rsid w:val="008322BD"/>
    <w:rsid w:val="008903B3"/>
    <w:rsid w:val="008C49B1"/>
    <w:rsid w:val="008F2711"/>
    <w:rsid w:val="00923722"/>
    <w:rsid w:val="009510BA"/>
    <w:rsid w:val="009C1604"/>
    <w:rsid w:val="00AA1D8D"/>
    <w:rsid w:val="00AF1C03"/>
    <w:rsid w:val="00B43EE5"/>
    <w:rsid w:val="00B47730"/>
    <w:rsid w:val="00C86EA3"/>
    <w:rsid w:val="00C93158"/>
    <w:rsid w:val="00CB0664"/>
    <w:rsid w:val="00CD3922"/>
    <w:rsid w:val="00DF5357"/>
    <w:rsid w:val="00E25804"/>
    <w:rsid w:val="00E76DB4"/>
    <w:rsid w:val="00EB2AD7"/>
    <w:rsid w:val="00EF39EB"/>
    <w:rsid w:val="00F0299B"/>
    <w:rsid w:val="00F02A04"/>
    <w:rsid w:val="00F170C2"/>
    <w:rsid w:val="00F260F1"/>
    <w:rsid w:val="00F77922"/>
    <w:rsid w:val="00F84FB0"/>
    <w:rsid w:val="00FC693F"/>
    <w:rsid w:val="00FD4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587BF8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unhideWhenUsed/>
    <w:rsid w:val="00F260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441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6253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29109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7657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teachers/" TargetMode="External"/><Relationship Id="rId13" Type="http://schemas.openxmlformats.org/officeDocument/2006/relationships/hyperlink" Target="http://www.maykapar.ru/-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www.little-amadeu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steningadventures.carnegiehall.org/nws/high/Fmovement1_final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rlot.org/merlot/materials.htm?page=5" TargetMode="External"/><Relationship Id="rId10" Type="http://schemas.openxmlformats.org/officeDocument/2006/relationships/hyperlink" Target="http://www.pbs.org/jazz/kid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nyphilkids.org/" TargetMode="External"/><Relationship Id="rId14" Type="http://schemas.openxmlformats.org/officeDocument/2006/relationships/hyperlink" Target="http://www.sonata-etc.ru/ma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FE8499-C5AE-4028-8973-43EB2AFD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19</Pages>
  <Words>6165</Words>
  <Characters>35142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41225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21</cp:revision>
  <cp:lastPrinted>2022-08-18T15:24:00Z</cp:lastPrinted>
  <dcterms:created xsi:type="dcterms:W3CDTF">2013-12-23T23:15:00Z</dcterms:created>
  <dcterms:modified xsi:type="dcterms:W3CDTF">2022-09-12T02:25:00Z</dcterms:modified>
  <cp:category/>
</cp:coreProperties>
</file>